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780D3" w14:textId="77777777" w:rsidR="003649D5" w:rsidRPr="00B65F30" w:rsidRDefault="00000000">
      <w:pPr>
        <w:jc w:val="center"/>
        <w:rPr>
          <w:rFonts w:cs="Times New Roman"/>
          <w:szCs w:val="24"/>
        </w:rPr>
      </w:pPr>
      <w:r w:rsidRPr="00B65F30">
        <w:rPr>
          <w:rFonts w:cs="Times New Roman"/>
          <w:b/>
          <w:szCs w:val="24"/>
        </w:rPr>
        <w:t>Simulating a Social Movement</w:t>
      </w:r>
      <w:r w:rsidRPr="00B65F30">
        <w:rPr>
          <w:rFonts w:cs="Times New Roman"/>
          <w:b/>
          <w:szCs w:val="24"/>
        </w:rPr>
        <w:br/>
      </w:r>
      <w:r w:rsidRPr="00B65F30">
        <w:rPr>
          <w:rFonts w:cs="Times New Roman"/>
          <w:szCs w:val="24"/>
        </w:rPr>
        <w:t>Building, Leading, and Organizing Social Change</w:t>
      </w:r>
    </w:p>
    <w:p w14:paraId="31B5EB61" w14:textId="77777777" w:rsidR="003649D5" w:rsidRPr="00B65F30" w:rsidRDefault="003649D5">
      <w:pPr>
        <w:rPr>
          <w:rFonts w:cs="Times New Roman"/>
          <w:szCs w:val="24"/>
        </w:rPr>
      </w:pPr>
    </w:p>
    <w:p w14:paraId="2B13C214" w14:textId="77777777" w:rsidR="003649D5" w:rsidRPr="00B65F30" w:rsidRDefault="00000000">
      <w:pPr>
        <w:rPr>
          <w:rFonts w:cs="Times New Roman"/>
          <w:szCs w:val="24"/>
        </w:rPr>
      </w:pPr>
      <w:r w:rsidRPr="00B65F30">
        <w:rPr>
          <w:rFonts w:cs="Times New Roman"/>
          <w:b/>
          <w:szCs w:val="24"/>
        </w:rPr>
        <w:t>Summary</w:t>
      </w:r>
    </w:p>
    <w:p w14:paraId="30094AF0" w14:textId="61A75A6A" w:rsidR="003649D5" w:rsidRPr="00B65F30" w:rsidRDefault="00000000">
      <w:pPr>
        <w:rPr>
          <w:rFonts w:cs="Times New Roman"/>
          <w:szCs w:val="24"/>
        </w:rPr>
      </w:pPr>
      <w:r w:rsidRPr="00B65F30">
        <w:rPr>
          <w:rFonts w:cs="Times New Roman"/>
          <w:szCs w:val="24"/>
        </w:rPr>
        <w:t xml:space="preserve">This 90-minute simulation immerses students in the process of designing and organizing a social movement </w:t>
      </w:r>
      <w:proofErr w:type="gramStart"/>
      <w:r w:rsidRPr="00B65F30">
        <w:rPr>
          <w:rFonts w:cs="Times New Roman"/>
          <w:szCs w:val="24"/>
        </w:rPr>
        <w:t>in order to</w:t>
      </w:r>
      <w:proofErr w:type="gramEnd"/>
      <w:r w:rsidRPr="00B65F30">
        <w:rPr>
          <w:rFonts w:cs="Times New Roman"/>
          <w:szCs w:val="24"/>
        </w:rPr>
        <w:t xml:space="preserve"> understand how leadership structure, strategic goals, and differentiated roles shape collective action. Students are divided into two movement groups tasked with reviving the Occupy Wall Street movement in response to contemporary economic inequality. Each group operates under a distinct leadership structure—horizontal or hierarchical—and adopts either a reformist or radical strategic orientation.</w:t>
      </w:r>
      <w:r w:rsidR="00705504" w:rsidRPr="00B65F30">
        <w:rPr>
          <w:rFonts w:cs="Times New Roman"/>
          <w:szCs w:val="24"/>
        </w:rPr>
        <w:t xml:space="preserve"> </w:t>
      </w:r>
      <w:r w:rsidRPr="00B65F30">
        <w:rPr>
          <w:rFonts w:cs="Times New Roman"/>
          <w:szCs w:val="24"/>
        </w:rPr>
        <w:t>Within each movement, students assume one of three leadership roles: agitators, innovators, or orchestrators. These roles require participants to articulate grievances, develop actionable strategies, and coordinate collective efforts. The contrasting structures and goals create meaningful constraints that influence decision-making, participation, and internal dynamics.</w:t>
      </w:r>
      <w:r w:rsidR="00705504" w:rsidRPr="00B65F30">
        <w:rPr>
          <w:rFonts w:cs="Times New Roman"/>
          <w:szCs w:val="24"/>
        </w:rPr>
        <w:t xml:space="preserve"> </w:t>
      </w:r>
      <w:r w:rsidRPr="00B65F30">
        <w:rPr>
          <w:rFonts w:cs="Times New Roman"/>
          <w:szCs w:val="24"/>
        </w:rPr>
        <w:t>The exercise concludes with group presentations and a structured debrief comparing how leadership design and movement goals shaped outcomes. The central objective is to move students beyond viewing movements solely through visible protest activity and toward a more nuanced understanding of how organization, strategy, and leadership affect the possibilities and limits of social change.</w:t>
      </w:r>
    </w:p>
    <w:p w14:paraId="6F8CB293" w14:textId="77777777" w:rsidR="003649D5" w:rsidRPr="00B65F30" w:rsidRDefault="00000000">
      <w:pPr>
        <w:rPr>
          <w:rFonts w:cs="Times New Roman"/>
          <w:szCs w:val="24"/>
        </w:rPr>
      </w:pPr>
      <w:r w:rsidRPr="00B65F30">
        <w:rPr>
          <w:rFonts w:cs="Times New Roman"/>
          <w:b/>
          <w:szCs w:val="24"/>
        </w:rPr>
        <w:br/>
        <w:t>Key Words</w:t>
      </w:r>
    </w:p>
    <w:p w14:paraId="03ABA5FF" w14:textId="77777777" w:rsidR="003649D5" w:rsidRPr="00B65F30" w:rsidRDefault="00000000">
      <w:pPr>
        <w:rPr>
          <w:rFonts w:cs="Times New Roman"/>
          <w:szCs w:val="24"/>
        </w:rPr>
      </w:pPr>
      <w:r w:rsidRPr="00B65F30">
        <w:rPr>
          <w:rFonts w:cs="Times New Roman"/>
          <w:szCs w:val="24"/>
        </w:rPr>
        <w:t>social movements, organizing, leadership, collective action, social change, activism, institutional change</w:t>
      </w:r>
    </w:p>
    <w:p w14:paraId="3EC55185" w14:textId="2BF801CF" w:rsidR="003649D5" w:rsidRPr="00B65F30" w:rsidRDefault="00000000" w:rsidP="00705504">
      <w:pPr>
        <w:rPr>
          <w:rFonts w:cs="Times New Roman"/>
          <w:szCs w:val="24"/>
        </w:rPr>
      </w:pPr>
      <w:r w:rsidRPr="00B65F30">
        <w:rPr>
          <w:rFonts w:cs="Times New Roman"/>
          <w:b/>
          <w:szCs w:val="24"/>
        </w:rPr>
        <w:br/>
      </w:r>
    </w:p>
    <w:p w14:paraId="32D53C33" w14:textId="77777777" w:rsidR="003649D5" w:rsidRPr="00B65F30" w:rsidRDefault="00000000">
      <w:pPr>
        <w:rPr>
          <w:rFonts w:cs="Times New Roman"/>
          <w:szCs w:val="24"/>
        </w:rPr>
      </w:pPr>
      <w:r w:rsidRPr="00B65F30">
        <w:rPr>
          <w:rFonts w:cs="Times New Roman"/>
          <w:szCs w:val="24"/>
        </w:rPr>
        <w:br w:type="page"/>
      </w:r>
    </w:p>
    <w:p w14:paraId="1AC667E1" w14:textId="428C073C" w:rsidR="00705504" w:rsidRPr="00B65F30" w:rsidRDefault="00705504" w:rsidP="00705504">
      <w:pPr>
        <w:rPr>
          <w:rFonts w:cs="Times New Roman"/>
          <w:szCs w:val="24"/>
        </w:rPr>
      </w:pPr>
      <w:r w:rsidRPr="00B65F30">
        <w:rPr>
          <w:rFonts w:cs="Times New Roman"/>
          <w:b/>
          <w:szCs w:val="24"/>
        </w:rPr>
        <w:lastRenderedPageBreak/>
        <w:t>Modifying the Exercise:</w:t>
      </w:r>
    </w:p>
    <w:p w14:paraId="488BD8E9" w14:textId="77777777" w:rsidR="00705504" w:rsidRPr="00B65F30" w:rsidRDefault="00705504" w:rsidP="00705504">
      <w:pPr>
        <w:rPr>
          <w:rFonts w:cs="Times New Roman"/>
          <w:szCs w:val="24"/>
        </w:rPr>
      </w:pPr>
      <w:r w:rsidRPr="00B65F30">
        <w:rPr>
          <w:rFonts w:cs="Times New Roman"/>
          <w:szCs w:val="24"/>
        </w:rPr>
        <w:t>This simulation is adaptable across a range of class sizes and instructional formats. It works especially well in classes of approximately 30 students divided into two groups, but it scales to larger enrollments. In courses of 50 students, instructors can form two groups of 25. In large lectures of 100 or more, the simulation can expand to four concurrent movements, distributing leadership structures and strategic orientations for comparative analysis. The exercise is paired with a short reading on the agitator, innovator, and orchestrator framework, which can complement existing course materials. Although the current version focuses on Occupy Wall Street and economic inequality, the issue area can be easily modified to align with other disciplines or themes, including gender equity, racial justice, environmental justice, immigration, tribal sovereignty, or public health. Time allocation is flexible. While extended breakout sessions deepen strategic planning, the exercise can be condensed into a one-hour format without losing its core learning objectives. Structured reflection questions allow instructors to tailor the debrief to their pedagogical goals.</w:t>
      </w:r>
    </w:p>
    <w:p w14:paraId="586BF5E0" w14:textId="77777777" w:rsidR="00705504" w:rsidRPr="00B65F30" w:rsidRDefault="00705504">
      <w:pPr>
        <w:rPr>
          <w:rFonts w:cs="Times New Roman"/>
          <w:b/>
          <w:szCs w:val="24"/>
        </w:rPr>
      </w:pPr>
    </w:p>
    <w:p w14:paraId="4CC2B145" w14:textId="77777777" w:rsidR="00705504" w:rsidRPr="00B65F30" w:rsidRDefault="00705504">
      <w:pPr>
        <w:rPr>
          <w:rFonts w:cs="Times New Roman"/>
          <w:b/>
          <w:szCs w:val="24"/>
        </w:rPr>
      </w:pPr>
    </w:p>
    <w:p w14:paraId="74B33A09" w14:textId="77777777" w:rsidR="00705504" w:rsidRPr="00B65F30" w:rsidRDefault="00705504">
      <w:pPr>
        <w:rPr>
          <w:rFonts w:cs="Times New Roman"/>
          <w:b/>
          <w:szCs w:val="24"/>
        </w:rPr>
      </w:pPr>
    </w:p>
    <w:p w14:paraId="3973450C" w14:textId="641780C0" w:rsidR="003649D5" w:rsidRPr="00B65F30" w:rsidRDefault="00000000">
      <w:pPr>
        <w:rPr>
          <w:rFonts w:cs="Times New Roman"/>
          <w:szCs w:val="24"/>
        </w:rPr>
      </w:pPr>
      <w:r w:rsidRPr="00B65F30">
        <w:rPr>
          <w:rFonts w:cs="Times New Roman"/>
          <w:b/>
          <w:szCs w:val="24"/>
        </w:rPr>
        <w:t>Suggested Readings</w:t>
      </w:r>
    </w:p>
    <w:p w14:paraId="162CB301" w14:textId="77777777" w:rsidR="003649D5" w:rsidRPr="00B65F30" w:rsidRDefault="00000000" w:rsidP="00705504">
      <w:pPr>
        <w:pStyle w:val="ListParagraph"/>
        <w:numPr>
          <w:ilvl w:val="0"/>
          <w:numId w:val="10"/>
        </w:numPr>
        <w:rPr>
          <w:rFonts w:cs="Times New Roman"/>
          <w:szCs w:val="24"/>
        </w:rPr>
      </w:pPr>
      <w:r w:rsidRPr="00B65F30">
        <w:rPr>
          <w:rFonts w:cs="Times New Roman"/>
          <w:szCs w:val="24"/>
        </w:rPr>
        <w:t>Battilana, J., &amp; Kimsey, M. (2017, September 18). Should you agitate, innovate, or orchestrate? Stanford Social Innovation Review. https://ssir.org/articles/entry/should_you_agitate_innovate_or_orchestrate</w:t>
      </w:r>
    </w:p>
    <w:p w14:paraId="4BDBF871" w14:textId="77777777" w:rsidR="003649D5" w:rsidRPr="00B65F30" w:rsidRDefault="00000000" w:rsidP="00705504">
      <w:pPr>
        <w:pStyle w:val="ListParagraph"/>
        <w:numPr>
          <w:ilvl w:val="0"/>
          <w:numId w:val="10"/>
        </w:numPr>
        <w:rPr>
          <w:rFonts w:cs="Times New Roman"/>
          <w:szCs w:val="24"/>
        </w:rPr>
      </w:pPr>
      <w:r w:rsidRPr="00B65F30">
        <w:rPr>
          <w:rFonts w:cs="Times New Roman"/>
          <w:szCs w:val="24"/>
        </w:rPr>
        <w:t>Massey, J., &amp; Snyder, B. (2012, September). Occupying Wall Street: Places and spaces of political action. Places Journal. https://placesjournal.org/article/occupying-wall-street-places-and-spaces-of-political-action/</w:t>
      </w:r>
    </w:p>
    <w:p w14:paraId="50D6E10A" w14:textId="77777777" w:rsidR="003649D5" w:rsidRPr="00B65F30" w:rsidRDefault="00000000" w:rsidP="00705504">
      <w:pPr>
        <w:pStyle w:val="ListParagraph"/>
        <w:numPr>
          <w:ilvl w:val="0"/>
          <w:numId w:val="10"/>
        </w:numPr>
        <w:rPr>
          <w:rFonts w:cs="Times New Roman"/>
          <w:szCs w:val="24"/>
        </w:rPr>
      </w:pPr>
      <w:r w:rsidRPr="00B65F30">
        <w:rPr>
          <w:rFonts w:cs="Times New Roman"/>
          <w:szCs w:val="24"/>
        </w:rPr>
        <w:t>Ransby, B. (2017, October 21). Black Lives Matter is democracy in action. The New York Times. https://www.nytimes.com/2017/10/21/opinion/sunday/black-lives-matter-leadership.html</w:t>
      </w:r>
    </w:p>
    <w:p w14:paraId="5E841C3D" w14:textId="2FBED90E" w:rsidR="003649D5" w:rsidRPr="00B65F30" w:rsidRDefault="00000000" w:rsidP="00705504">
      <w:pPr>
        <w:pStyle w:val="ListParagraph"/>
        <w:numPr>
          <w:ilvl w:val="0"/>
          <w:numId w:val="10"/>
        </w:numPr>
        <w:rPr>
          <w:rFonts w:cs="Times New Roman"/>
          <w:szCs w:val="24"/>
        </w:rPr>
      </w:pPr>
      <w:r w:rsidRPr="00B65F30">
        <w:rPr>
          <w:rFonts w:cs="Times New Roman"/>
          <w:szCs w:val="24"/>
        </w:rPr>
        <w:t xml:space="preserve">The Week Staff. (2015, January 8). Occupy Wall Street: A protest timeline. The Week. </w:t>
      </w:r>
      <w:hyperlink r:id="rId6" w:history="1">
        <w:r w:rsidR="00705504" w:rsidRPr="00B65F30">
          <w:rPr>
            <w:rStyle w:val="Hyperlink"/>
            <w:rFonts w:cs="Times New Roman"/>
            <w:szCs w:val="24"/>
          </w:rPr>
          <w:t>https://theweek.com/articles/481160/occupy-wall-street-protest-timeline</w:t>
        </w:r>
      </w:hyperlink>
    </w:p>
    <w:p w14:paraId="0C56DF28" w14:textId="77777777" w:rsidR="00705504" w:rsidRPr="00B65F30" w:rsidRDefault="00705504" w:rsidP="00705504">
      <w:pPr>
        <w:rPr>
          <w:rFonts w:cs="Times New Roman"/>
          <w:szCs w:val="24"/>
        </w:rPr>
      </w:pPr>
    </w:p>
    <w:p w14:paraId="7419F93B" w14:textId="77777777" w:rsidR="00705504" w:rsidRPr="00B65F30" w:rsidRDefault="00705504" w:rsidP="00705504">
      <w:pPr>
        <w:rPr>
          <w:rFonts w:cs="Times New Roman"/>
          <w:szCs w:val="24"/>
        </w:rPr>
      </w:pPr>
    </w:p>
    <w:p w14:paraId="4D7CAC46" w14:textId="77777777" w:rsidR="00705504" w:rsidRPr="00B65F30" w:rsidRDefault="00705504" w:rsidP="00705504">
      <w:pPr>
        <w:rPr>
          <w:rFonts w:cs="Times New Roman"/>
          <w:szCs w:val="24"/>
        </w:rPr>
      </w:pPr>
    </w:p>
    <w:p w14:paraId="1E7D79B3" w14:textId="77777777" w:rsidR="00705504" w:rsidRPr="00B65F30" w:rsidRDefault="00705504" w:rsidP="00705504">
      <w:pPr>
        <w:rPr>
          <w:rFonts w:cs="Times New Roman"/>
          <w:szCs w:val="24"/>
        </w:rPr>
      </w:pPr>
    </w:p>
    <w:p w14:paraId="31B72456" w14:textId="77777777" w:rsidR="00705504" w:rsidRPr="00B65F30" w:rsidRDefault="00705504" w:rsidP="00705504">
      <w:pPr>
        <w:rPr>
          <w:rFonts w:cs="Times New Roman"/>
          <w:szCs w:val="24"/>
        </w:rPr>
      </w:pPr>
    </w:p>
    <w:p w14:paraId="5E1F1816" w14:textId="77777777" w:rsidR="00705504" w:rsidRPr="00B65F30" w:rsidRDefault="00705504" w:rsidP="00705504">
      <w:pPr>
        <w:rPr>
          <w:rFonts w:cs="Times New Roman"/>
          <w:szCs w:val="24"/>
        </w:rPr>
      </w:pPr>
    </w:p>
    <w:p w14:paraId="1B19C9FD" w14:textId="77777777" w:rsidR="00705504" w:rsidRPr="00B65F30" w:rsidRDefault="00705504" w:rsidP="00705504">
      <w:pPr>
        <w:rPr>
          <w:rFonts w:cs="Times New Roman"/>
          <w:szCs w:val="24"/>
        </w:rPr>
      </w:pPr>
    </w:p>
    <w:p w14:paraId="4B55F4C3" w14:textId="77777777" w:rsidR="00705504" w:rsidRPr="00B65F30" w:rsidRDefault="00705504" w:rsidP="00705504">
      <w:pPr>
        <w:rPr>
          <w:rFonts w:cs="Times New Roman"/>
          <w:szCs w:val="24"/>
        </w:rPr>
      </w:pPr>
    </w:p>
    <w:p w14:paraId="5E1575E4" w14:textId="77777777" w:rsidR="00705504" w:rsidRPr="00B65F30" w:rsidRDefault="00705504" w:rsidP="00705504">
      <w:pPr>
        <w:rPr>
          <w:rFonts w:cs="Times New Roman"/>
          <w:szCs w:val="24"/>
        </w:rPr>
      </w:pPr>
    </w:p>
    <w:p w14:paraId="7B87AF30" w14:textId="77777777" w:rsidR="00705504" w:rsidRPr="00B65F30" w:rsidRDefault="00705504" w:rsidP="00705504">
      <w:pPr>
        <w:rPr>
          <w:rFonts w:cs="Times New Roman"/>
          <w:szCs w:val="24"/>
        </w:rPr>
      </w:pPr>
    </w:p>
    <w:p w14:paraId="2C3A50CA" w14:textId="77777777" w:rsidR="00705504" w:rsidRPr="00B65F30" w:rsidRDefault="00705504" w:rsidP="00705504">
      <w:pPr>
        <w:rPr>
          <w:rFonts w:cs="Times New Roman"/>
          <w:szCs w:val="24"/>
        </w:rPr>
      </w:pPr>
    </w:p>
    <w:p w14:paraId="1DEBCEC2" w14:textId="77777777" w:rsidR="00705504" w:rsidRPr="00B65F30" w:rsidRDefault="00705504" w:rsidP="00705504">
      <w:pPr>
        <w:rPr>
          <w:rFonts w:cs="Times New Roman"/>
          <w:szCs w:val="24"/>
        </w:rPr>
      </w:pPr>
    </w:p>
    <w:p w14:paraId="76605415" w14:textId="77777777" w:rsidR="00705504" w:rsidRPr="00B65F30" w:rsidRDefault="00705504" w:rsidP="00705504">
      <w:pPr>
        <w:rPr>
          <w:rFonts w:cs="Times New Roman"/>
          <w:szCs w:val="24"/>
        </w:rPr>
      </w:pPr>
    </w:p>
    <w:p w14:paraId="0F84B545" w14:textId="77777777" w:rsidR="00705504" w:rsidRPr="00B65F30" w:rsidRDefault="00705504" w:rsidP="00705504">
      <w:pPr>
        <w:rPr>
          <w:rFonts w:cs="Times New Roman"/>
          <w:szCs w:val="24"/>
        </w:rPr>
      </w:pPr>
    </w:p>
    <w:p w14:paraId="123400A5" w14:textId="77777777" w:rsidR="00705504" w:rsidRPr="00B65F30" w:rsidRDefault="00705504" w:rsidP="00705504">
      <w:pPr>
        <w:rPr>
          <w:rFonts w:cs="Times New Roman"/>
          <w:szCs w:val="24"/>
        </w:rPr>
      </w:pPr>
    </w:p>
    <w:p w14:paraId="360AA449" w14:textId="77777777" w:rsidR="00705504" w:rsidRPr="00B65F30" w:rsidRDefault="00705504" w:rsidP="00705504">
      <w:pPr>
        <w:rPr>
          <w:rFonts w:cs="Times New Roman"/>
          <w:szCs w:val="24"/>
        </w:rPr>
      </w:pPr>
    </w:p>
    <w:p w14:paraId="2AF5C54F" w14:textId="77777777" w:rsidR="00705504" w:rsidRPr="00B65F30" w:rsidRDefault="00705504" w:rsidP="00705504">
      <w:pPr>
        <w:rPr>
          <w:rFonts w:cs="Times New Roman"/>
          <w:szCs w:val="24"/>
        </w:rPr>
        <w:sectPr w:rsidR="00705504" w:rsidRPr="00B65F30" w:rsidSect="00B65F30">
          <w:pgSz w:w="12240" w:h="15840"/>
          <w:pgMar w:top="1440" w:right="1440" w:bottom="1440" w:left="1440" w:header="720" w:footer="720" w:gutter="0"/>
          <w:cols w:space="720"/>
          <w:docGrid w:linePitch="326"/>
        </w:sectPr>
      </w:pPr>
    </w:p>
    <w:p w14:paraId="620A4780" w14:textId="77777777" w:rsidR="00705504" w:rsidRDefault="00705504" w:rsidP="00B65F30">
      <w:pPr>
        <w:pStyle w:val="NoSpacing"/>
        <w:rPr>
          <w:rFonts w:ascii="Times New Roman" w:hAnsi="Times New Roman" w:cs="Times New Roman"/>
          <w:b/>
          <w:bCs/>
          <w:sz w:val="24"/>
          <w:szCs w:val="24"/>
        </w:rPr>
      </w:pPr>
      <w:r w:rsidRPr="00B65F30">
        <w:rPr>
          <w:rFonts w:ascii="Times New Roman" w:hAnsi="Times New Roman" w:cs="Times New Roman"/>
          <w:b/>
          <w:bCs/>
          <w:sz w:val="24"/>
          <w:szCs w:val="24"/>
        </w:rPr>
        <w:lastRenderedPageBreak/>
        <w:t>Social Movement Simulation-Group A</w:t>
      </w:r>
    </w:p>
    <w:p w14:paraId="5E82FEA6" w14:textId="77777777" w:rsidR="00B65F30" w:rsidRPr="00B65F30" w:rsidRDefault="00B65F30" w:rsidP="00B65F30">
      <w:pPr>
        <w:pStyle w:val="NoSpacing"/>
        <w:rPr>
          <w:rFonts w:ascii="Times New Roman" w:hAnsi="Times New Roman" w:cs="Times New Roman"/>
          <w:b/>
          <w:bCs/>
          <w:sz w:val="24"/>
          <w:szCs w:val="24"/>
        </w:rPr>
      </w:pPr>
    </w:p>
    <w:p w14:paraId="3F65D18B"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You are revitalizing the “Occupy Wall Street'' movement. You can rename the movement, but your task ultimately is to focus on economic inequality and build a successful and sustainable movement. You are assigned a leadership structure to guide this process. Your group is also divided into three roles: agitators, innovators, and orchestrators. During this simulation you will have to both work as a large group to build your movement and in small groups to determine different aspects of Your movement. In the end, you need a plan that you can present to the class that will revitalize and sustain "Occupy Wall Street."</w:t>
      </w:r>
    </w:p>
    <w:p w14:paraId="40248562" w14:textId="77777777" w:rsidR="00705504" w:rsidRPr="00B65F30" w:rsidRDefault="00705504" w:rsidP="00B65F30">
      <w:pPr>
        <w:pStyle w:val="NoSpacing"/>
        <w:rPr>
          <w:rFonts w:ascii="Times New Roman" w:hAnsi="Times New Roman" w:cs="Times New Roman"/>
          <w:sz w:val="24"/>
          <w:szCs w:val="24"/>
        </w:rPr>
      </w:pPr>
    </w:p>
    <w:p w14:paraId="541DC9CE"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i/>
          <w:sz w:val="24"/>
          <w:szCs w:val="24"/>
        </w:rPr>
        <w:t>Type of Movement</w:t>
      </w:r>
      <w:r w:rsidRPr="00B65F30">
        <w:rPr>
          <w:rFonts w:ascii="Times New Roman" w:hAnsi="Times New Roman" w:cs="Times New Roman"/>
          <w:sz w:val="24"/>
          <w:szCs w:val="24"/>
        </w:rPr>
        <w:t xml:space="preserve">: Your group is building a </w:t>
      </w:r>
      <w:r w:rsidRPr="00B65F30">
        <w:rPr>
          <w:rFonts w:ascii="Times New Roman" w:hAnsi="Times New Roman" w:cs="Times New Roman"/>
          <w:sz w:val="24"/>
          <w:szCs w:val="24"/>
          <w:u w:val="single"/>
        </w:rPr>
        <w:t>reform</w:t>
      </w:r>
      <w:r w:rsidRPr="00B65F30">
        <w:rPr>
          <w:rFonts w:ascii="Times New Roman" w:hAnsi="Times New Roman" w:cs="Times New Roman"/>
          <w:sz w:val="24"/>
          <w:szCs w:val="24"/>
        </w:rPr>
        <w:t xml:space="preserve"> movement. Your objective is to focus on existing policies, laws, political officials, or institutions that need to be reformed or amended to meet your movement goals.</w:t>
      </w:r>
    </w:p>
    <w:p w14:paraId="4CC8CE09" w14:textId="77777777" w:rsidR="00B65F30" w:rsidRPr="00B65F30" w:rsidRDefault="00B65F30" w:rsidP="00B65F30">
      <w:pPr>
        <w:pStyle w:val="NoSpacing"/>
        <w:rPr>
          <w:rFonts w:ascii="Times New Roman" w:hAnsi="Times New Roman" w:cs="Times New Roman"/>
          <w:sz w:val="24"/>
          <w:szCs w:val="24"/>
        </w:rPr>
      </w:pPr>
    </w:p>
    <w:p w14:paraId="15D3CF70" w14:textId="46BBDEB6"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i/>
          <w:sz w:val="24"/>
          <w:szCs w:val="24"/>
        </w:rPr>
        <w:t>Your Leadership</w:t>
      </w:r>
      <w:r w:rsidRPr="00B65F30">
        <w:rPr>
          <w:rFonts w:ascii="Times New Roman" w:hAnsi="Times New Roman" w:cs="Times New Roman"/>
          <w:sz w:val="24"/>
          <w:szCs w:val="24"/>
        </w:rPr>
        <w:t xml:space="preserve">: You have a </w:t>
      </w:r>
      <w:proofErr w:type="spellStart"/>
      <w:r w:rsidRPr="00B65F30">
        <w:rPr>
          <w:rFonts w:ascii="Times New Roman" w:hAnsi="Times New Roman" w:cs="Times New Roman"/>
          <w:spacing w:val="-110"/>
          <w:sz w:val="24"/>
          <w:szCs w:val="24"/>
          <w:u w:val="single"/>
        </w:rPr>
        <w:t>h</w:t>
      </w:r>
      <w:r w:rsidR="00B65F30" w:rsidRPr="00B65F30">
        <w:rPr>
          <w:rFonts w:ascii="Times New Roman" w:hAnsi="Times New Roman" w:cs="Times New Roman"/>
          <w:sz w:val="24"/>
          <w:szCs w:val="24"/>
          <w:u w:val="single"/>
        </w:rPr>
        <w:t>hierarchical</w:t>
      </w:r>
      <w:proofErr w:type="spellEnd"/>
      <w:r w:rsidRPr="00B65F30">
        <w:rPr>
          <w:rFonts w:ascii="Times New Roman" w:hAnsi="Times New Roman" w:cs="Times New Roman"/>
          <w:sz w:val="24"/>
          <w:szCs w:val="24"/>
        </w:rPr>
        <w:t xml:space="preserve"> leadership structure. For each role (i.e., agitators, innovators, and orchestrators) appoint a leader who will be responsible for leading the small groups. These Three leaders will also work together to ensure all the movement pieces are connected.</w:t>
      </w:r>
    </w:p>
    <w:p w14:paraId="79C9A8DE" w14:textId="77777777" w:rsidR="00705504" w:rsidRPr="00B65F30" w:rsidRDefault="00705504" w:rsidP="00B65F30">
      <w:pPr>
        <w:pStyle w:val="NoSpacing"/>
        <w:rPr>
          <w:rFonts w:ascii="Times New Roman" w:hAnsi="Times New Roman" w:cs="Times New Roman"/>
          <w:sz w:val="24"/>
          <w:szCs w:val="24"/>
        </w:rPr>
      </w:pPr>
    </w:p>
    <w:p w14:paraId="48603ACB" w14:textId="22418A62"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 I (</w:t>
      </w:r>
      <w:r w:rsidR="00B65F30" w:rsidRPr="00B65F30">
        <w:rPr>
          <w:rFonts w:ascii="Times New Roman" w:hAnsi="Times New Roman" w:cs="Times New Roman"/>
          <w:sz w:val="24"/>
          <w:szCs w:val="24"/>
        </w:rPr>
        <w:t>15</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minutes):</w:t>
      </w:r>
    </w:p>
    <w:p w14:paraId="2EBC5809"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Appoint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three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leaders</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to</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represent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agitators,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innovators,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and</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orchestrators.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These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three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leaders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meet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Separately</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to decide: (</w:t>
      </w:r>
      <w:proofErr w:type="spellStart"/>
      <w:r w:rsidRPr="00B65F30">
        <w:rPr>
          <w:rFonts w:ascii="Times New Roman" w:hAnsi="Times New Roman" w:cs="Times New Roman"/>
          <w:sz w:val="24"/>
          <w:szCs w:val="24"/>
        </w:rPr>
        <w:t>i</w:t>
      </w:r>
      <w:proofErr w:type="spellEnd"/>
      <w:r w:rsidRPr="00B65F30">
        <w:rPr>
          <w:rFonts w:ascii="Times New Roman" w:hAnsi="Times New Roman" w:cs="Times New Roman"/>
          <w:sz w:val="24"/>
          <w:szCs w:val="24"/>
        </w:rPr>
        <w:t>) definition of the problem, (2) movement name, (3) the solution to the problem. Report back to the larger group for feedback/update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them.</w:t>
      </w:r>
    </w:p>
    <w:p w14:paraId="0A8A2664" w14:textId="77777777" w:rsidR="00705504" w:rsidRPr="00B65F30" w:rsidRDefault="00705504" w:rsidP="00B65F30">
      <w:pPr>
        <w:pStyle w:val="NoSpacing"/>
        <w:rPr>
          <w:rFonts w:ascii="Times New Roman" w:hAnsi="Times New Roman" w:cs="Times New Roman"/>
          <w:sz w:val="24"/>
          <w:szCs w:val="24"/>
        </w:rPr>
      </w:pPr>
    </w:p>
    <w:p w14:paraId="70EF8AFD" w14:textId="5F77CBAE"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#2 (</w:t>
      </w:r>
      <w:r w:rsidR="00B65F30" w:rsidRPr="00B65F30">
        <w:rPr>
          <w:rFonts w:ascii="Times New Roman" w:hAnsi="Times New Roman" w:cs="Times New Roman"/>
          <w:sz w:val="24"/>
          <w:szCs w:val="24"/>
        </w:rPr>
        <w:t>50</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minutes):</w:t>
      </w:r>
    </w:p>
    <w:p w14:paraId="30B402BF" w14:textId="6589EF90"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 xml:space="preserve">Assemble into your </w:t>
      </w:r>
      <w:r w:rsidR="00B65F30" w:rsidRPr="00B65F30">
        <w:rPr>
          <w:rFonts w:ascii="Times New Roman" w:hAnsi="Times New Roman" w:cs="Times New Roman"/>
          <w:sz w:val="24"/>
          <w:szCs w:val="24"/>
        </w:rPr>
        <w:t>small, assigned</w:t>
      </w:r>
      <w:r w:rsidRPr="00B65F30">
        <w:rPr>
          <w:rFonts w:ascii="Times New Roman" w:hAnsi="Times New Roman" w:cs="Times New Roman"/>
          <w:sz w:val="24"/>
          <w:szCs w:val="24"/>
        </w:rPr>
        <w:t xml:space="preserve"> groups and complete the Tasks associated with each role.</w:t>
      </w:r>
    </w:p>
    <w:p w14:paraId="04DA3660" w14:textId="77777777" w:rsidR="00705504" w:rsidRPr="00B65F30" w:rsidRDefault="00705504" w:rsidP="00B65F30">
      <w:pPr>
        <w:pStyle w:val="NoSpacing"/>
        <w:rPr>
          <w:rFonts w:ascii="Times New Roman" w:hAnsi="Times New Roman" w:cs="Times New Roman"/>
          <w:sz w:val="24"/>
          <w:szCs w:val="24"/>
        </w:rPr>
      </w:pPr>
    </w:p>
    <w:p w14:paraId="4264C450"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b/>
          <w:sz w:val="24"/>
          <w:szCs w:val="24"/>
        </w:rPr>
        <w:t>Agitators</w:t>
      </w:r>
      <w:r w:rsidRPr="00B65F30">
        <w:rPr>
          <w:rFonts w:ascii="Times New Roman" w:hAnsi="Times New Roman" w:cs="Times New Roman"/>
          <w:sz w:val="24"/>
          <w:szCs w:val="24"/>
        </w:rPr>
        <w:t>: Your goal is to develop a plan to articulate the problem and launch collective action against the status quo. Below are questions to help guide you in developing your plan:</w:t>
      </w:r>
    </w:p>
    <w:p w14:paraId="61C8B43F" w14:textId="20D82D4A"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the twitter handle for 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movement?</w:t>
      </w:r>
    </w:p>
    <w:p w14:paraId="6BB7CC8B"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the plan for organizing the protest? How will people be invited to join the protest? How will you keep track of how</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many</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participants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join?</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What is</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budget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for</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protest?</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What</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supplies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do</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you need?</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Where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protest take</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place?</w:t>
      </w:r>
    </w:p>
    <w:p w14:paraId="052EF3C6"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communicate the severity of the</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problem?</w:t>
      </w:r>
    </w:p>
    <w:p w14:paraId="4D37A5EF" w14:textId="7914BAF4"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actors are you</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targeting?</w:t>
      </w:r>
    </w:p>
    <w:p w14:paraId="062153F8" w14:textId="7C722F9B"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Who are your partners or allies?</w:t>
      </w:r>
    </w:p>
    <w:p w14:paraId="479EF5E2"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are your talking points for 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press?</w:t>
      </w:r>
    </w:p>
    <w:p w14:paraId="384BC00F"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is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your</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plan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to</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ensure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protestors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are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safe?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If</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city</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institutes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a</w:t>
      </w:r>
      <w:r w:rsidRPr="00B65F30">
        <w:rPr>
          <w:rFonts w:ascii="Times New Roman" w:hAnsi="Times New Roman" w:cs="Times New Roman"/>
          <w:spacing w:val="-3"/>
          <w:sz w:val="24"/>
          <w:szCs w:val="24"/>
        </w:rPr>
        <w:t xml:space="preserve"> </w:t>
      </w:r>
      <w:proofErr w:type="gramStart"/>
      <w:r w:rsidRPr="00B65F30">
        <w:rPr>
          <w:rFonts w:ascii="Times New Roman" w:hAnsi="Times New Roman" w:cs="Times New Roman"/>
          <w:sz w:val="24"/>
          <w:szCs w:val="24"/>
        </w:rPr>
        <w:t>curfew</w:t>
      </w:r>
      <w:proofErr w:type="gramEnd"/>
      <w:r w:rsidRPr="00B65F30">
        <w:rPr>
          <w:rFonts w:ascii="Times New Roman" w:hAnsi="Times New Roman" w:cs="Times New Roman"/>
          <w:sz w:val="24"/>
          <w:szCs w:val="24"/>
        </w:rPr>
        <w:t xml:space="preserve"> how</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you respond?</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How</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people get home safely?</w:t>
      </w:r>
    </w:p>
    <w:p w14:paraId="0DC2FAB6" w14:textId="6E3A0442"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get the media's attention? Are there certain news outlets you are</w:t>
      </w:r>
      <w:r w:rsidRPr="00B65F30">
        <w:rPr>
          <w:rFonts w:ascii="Times New Roman" w:hAnsi="Times New Roman" w:cs="Times New Roman"/>
          <w:spacing w:val="-9"/>
          <w:sz w:val="24"/>
          <w:szCs w:val="24"/>
        </w:rPr>
        <w:t xml:space="preserve"> </w:t>
      </w:r>
      <w:r w:rsidRPr="00B65F30">
        <w:rPr>
          <w:rFonts w:ascii="Times New Roman" w:hAnsi="Times New Roman" w:cs="Times New Roman"/>
          <w:sz w:val="24"/>
          <w:szCs w:val="24"/>
        </w:rPr>
        <w:t>targeting?</w:t>
      </w:r>
    </w:p>
    <w:p w14:paraId="0C18E393"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your plan for keeping supporters involved in the movement after the</w:t>
      </w:r>
      <w:r w:rsidRPr="00B65F30">
        <w:rPr>
          <w:rFonts w:ascii="Times New Roman" w:hAnsi="Times New Roman" w:cs="Times New Roman"/>
          <w:spacing w:val="-11"/>
          <w:sz w:val="24"/>
          <w:szCs w:val="24"/>
        </w:rPr>
        <w:t xml:space="preserve"> </w:t>
      </w:r>
      <w:r w:rsidRPr="00B65F30">
        <w:rPr>
          <w:rFonts w:ascii="Times New Roman" w:hAnsi="Times New Roman" w:cs="Times New Roman"/>
          <w:sz w:val="24"/>
          <w:szCs w:val="24"/>
        </w:rPr>
        <w:t>protest?</w:t>
      </w:r>
    </w:p>
    <w:p w14:paraId="31DF2E82"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your plan for evaluating if the movement resonates with</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people?</w:t>
      </w:r>
    </w:p>
    <w:p w14:paraId="5A07FC3B"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measure success with the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protest?</w:t>
      </w:r>
    </w:p>
    <w:p w14:paraId="7F643673" w14:textId="77777777" w:rsidR="00705504" w:rsidRPr="00B65F30" w:rsidRDefault="00705504"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incorporate different perspectives in</w:t>
      </w:r>
      <w:r w:rsidRPr="00B65F30">
        <w:rPr>
          <w:rFonts w:ascii="Times New Roman" w:hAnsi="Times New Roman" w:cs="Times New Roman"/>
          <w:spacing w:val="-21"/>
          <w:sz w:val="24"/>
          <w:szCs w:val="24"/>
        </w:rPr>
        <w:t xml:space="preserve"> </w:t>
      </w:r>
      <w:r w:rsidRPr="00B65F30">
        <w:rPr>
          <w:rFonts w:ascii="Times New Roman" w:hAnsi="Times New Roman" w:cs="Times New Roman"/>
          <w:sz w:val="24"/>
          <w:szCs w:val="24"/>
        </w:rPr>
        <w:t>the messaging of 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problem?</w:t>
      </w:r>
    </w:p>
    <w:p w14:paraId="547E3E30" w14:textId="77777777" w:rsidR="00B65F30" w:rsidRPr="00B65F30" w:rsidRDefault="00B65F30" w:rsidP="00B65F30">
      <w:pPr>
        <w:pStyle w:val="NoSpacing"/>
        <w:rPr>
          <w:rFonts w:ascii="Times New Roman" w:hAnsi="Times New Roman" w:cs="Times New Roman"/>
          <w:sz w:val="24"/>
          <w:szCs w:val="24"/>
        </w:rPr>
      </w:pPr>
    </w:p>
    <w:p w14:paraId="3EF7B2DC" w14:textId="6755E88C" w:rsidR="00705504" w:rsidRPr="00B65F30" w:rsidRDefault="00705504" w:rsidP="00B65F30">
      <w:pPr>
        <w:pStyle w:val="NoSpacing"/>
        <w:rPr>
          <w:rFonts w:ascii="Times New Roman" w:hAnsi="Times New Roman" w:cs="Times New Roman"/>
          <w:sz w:val="24"/>
          <w:szCs w:val="24"/>
        </w:rPr>
        <w:sectPr w:rsidR="00705504" w:rsidRPr="00B65F30" w:rsidSect="00705504">
          <w:pgSz w:w="12240" w:h="15840"/>
          <w:pgMar w:top="1020" w:right="740" w:bottom="280" w:left="620" w:header="720" w:footer="720" w:gutter="0"/>
          <w:cols w:space="720"/>
        </w:sectPr>
      </w:pPr>
      <w:r w:rsidRPr="00B65F30">
        <w:rPr>
          <w:rFonts w:ascii="Times New Roman" w:hAnsi="Times New Roman" w:cs="Times New Roman"/>
          <w:b/>
          <w:sz w:val="24"/>
          <w:szCs w:val="24"/>
        </w:rPr>
        <w:t>Innovators</w:t>
      </w:r>
      <w:r w:rsidRPr="00B65F30">
        <w:rPr>
          <w:rFonts w:ascii="Times New Roman" w:hAnsi="Times New Roman" w:cs="Times New Roman"/>
          <w:sz w:val="24"/>
          <w:szCs w:val="24"/>
        </w:rPr>
        <w:t>: Your goal is to develop a solution and demonstrate why it is better than the current status quo.</w:t>
      </w:r>
    </w:p>
    <w:p w14:paraId="64AB5A28" w14:textId="3FC5CE22"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lastRenderedPageBreak/>
        <w:t>Below are questions to help guide you in developing a plan for proposing a solution.</w:t>
      </w:r>
    </w:p>
    <w:p w14:paraId="72046D64" w14:textId="2281D7A1"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What is the solution? Why does it solve the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problem?</w:t>
      </w:r>
    </w:p>
    <w:p w14:paraId="2EE5990E" w14:textId="77777777"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How will you build a coalition around this solution? Who</w:t>
      </w:r>
      <w:r w:rsidRPr="00B65F30">
        <w:rPr>
          <w:rFonts w:ascii="Times New Roman" w:hAnsi="Times New Roman" w:cs="Times New Roman"/>
          <w:spacing w:val="-25"/>
          <w:sz w:val="24"/>
          <w:szCs w:val="24"/>
        </w:rPr>
        <w:t xml:space="preserve"> </w:t>
      </w:r>
      <w:r w:rsidRPr="00B65F30">
        <w:rPr>
          <w:rFonts w:ascii="Times New Roman" w:hAnsi="Times New Roman" w:cs="Times New Roman"/>
          <w:sz w:val="24"/>
          <w:szCs w:val="24"/>
        </w:rPr>
        <w:t>do you involve and what is their</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role?</w:t>
      </w:r>
    </w:p>
    <w:p w14:paraId="392D6E00" w14:textId="77777777"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What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resources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does</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solution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require?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Who</w:t>
      </w:r>
      <w:r w:rsidRPr="00B65F30">
        <w:rPr>
          <w:rFonts w:ascii="Times New Roman" w:hAnsi="Times New Roman" w:cs="Times New Roman"/>
          <w:spacing w:val="-5"/>
          <w:sz w:val="24"/>
          <w:szCs w:val="24"/>
        </w:rPr>
        <w:t xml:space="preserve"> </w:t>
      </w:r>
      <w:proofErr w:type="gramStart"/>
      <w:r w:rsidRPr="00B65F30">
        <w:rPr>
          <w:rFonts w:ascii="Times New Roman" w:hAnsi="Times New Roman" w:cs="Times New Roman"/>
          <w:sz w:val="24"/>
          <w:szCs w:val="24"/>
        </w:rPr>
        <w:t>has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to</w:t>
      </w:r>
      <w:proofErr w:type="gramEnd"/>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provide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those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resources?</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What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incentives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are</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necessary</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to secure these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resources?</w:t>
      </w:r>
    </w:p>
    <w:p w14:paraId="1EE1CD85" w14:textId="77777777"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 xml:space="preserve">What needs to change </w:t>
      </w:r>
      <w:proofErr w:type="gramStart"/>
      <w:r w:rsidRPr="00B65F30">
        <w:rPr>
          <w:rFonts w:ascii="Times New Roman" w:hAnsi="Times New Roman" w:cs="Times New Roman"/>
          <w:sz w:val="24"/>
          <w:szCs w:val="24"/>
        </w:rPr>
        <w:t>in order for</w:t>
      </w:r>
      <w:proofErr w:type="gramEnd"/>
      <w:r w:rsidRPr="00B65F30">
        <w:rPr>
          <w:rFonts w:ascii="Times New Roman" w:hAnsi="Times New Roman" w:cs="Times New Roman"/>
          <w:sz w:val="24"/>
          <w:szCs w:val="24"/>
        </w:rPr>
        <w:t xml:space="preserve"> your solution to be effective? How do you initiate that</w:t>
      </w:r>
      <w:r w:rsidRPr="00B65F30">
        <w:rPr>
          <w:rFonts w:ascii="Times New Roman" w:hAnsi="Times New Roman" w:cs="Times New Roman"/>
          <w:spacing w:val="-16"/>
          <w:sz w:val="24"/>
          <w:szCs w:val="24"/>
        </w:rPr>
        <w:t xml:space="preserve"> </w:t>
      </w:r>
      <w:r w:rsidRPr="00B65F30">
        <w:rPr>
          <w:rFonts w:ascii="Times New Roman" w:hAnsi="Times New Roman" w:cs="Times New Roman"/>
          <w:sz w:val="24"/>
          <w:szCs w:val="24"/>
        </w:rPr>
        <w:t>change?</w:t>
      </w:r>
    </w:p>
    <w:p w14:paraId="3574A513" w14:textId="6A39F6D4"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Do you need to do research? What additional information do you need to know to ensure the solution is</w:t>
      </w:r>
      <w:r w:rsidRPr="00B65F30">
        <w:rPr>
          <w:rFonts w:ascii="Times New Roman" w:hAnsi="Times New Roman" w:cs="Times New Roman"/>
          <w:spacing w:val="-35"/>
          <w:sz w:val="24"/>
          <w:szCs w:val="24"/>
        </w:rPr>
        <w:t xml:space="preserve"> </w:t>
      </w:r>
      <w:r w:rsidRPr="00B65F30">
        <w:rPr>
          <w:rFonts w:ascii="Times New Roman" w:hAnsi="Times New Roman" w:cs="Times New Roman"/>
          <w:sz w:val="24"/>
          <w:szCs w:val="24"/>
        </w:rPr>
        <w:t>feasible?</w:t>
      </w:r>
    </w:p>
    <w:p w14:paraId="56ED8C83" w14:textId="77777777"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What are your talking points for communicating the solution? Who is the primary audience for this</w:t>
      </w:r>
      <w:r w:rsidRPr="00B65F30">
        <w:rPr>
          <w:rFonts w:ascii="Times New Roman" w:hAnsi="Times New Roman" w:cs="Times New Roman"/>
          <w:spacing w:val="-22"/>
          <w:sz w:val="24"/>
          <w:szCs w:val="24"/>
        </w:rPr>
        <w:t xml:space="preserve"> </w:t>
      </w:r>
      <w:r w:rsidRPr="00B65F30">
        <w:rPr>
          <w:rFonts w:ascii="Times New Roman" w:hAnsi="Times New Roman" w:cs="Times New Roman"/>
          <w:sz w:val="24"/>
          <w:szCs w:val="24"/>
        </w:rPr>
        <w:t>messaging?</w:t>
      </w:r>
    </w:p>
    <w:p w14:paraId="5FCB28F2" w14:textId="30988C94" w:rsidR="00705504" w:rsidRPr="00B65F30" w:rsidRDefault="00705504"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How will you evaluate if this solution meets the needs of participants in the</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movement?</w:t>
      </w:r>
    </w:p>
    <w:p w14:paraId="0FEEBF88" w14:textId="77777777" w:rsidR="00705504" w:rsidRPr="00B65F30" w:rsidRDefault="00705504" w:rsidP="00B65F30">
      <w:pPr>
        <w:pStyle w:val="NoSpacing"/>
        <w:rPr>
          <w:rFonts w:ascii="Times New Roman" w:hAnsi="Times New Roman" w:cs="Times New Roman"/>
          <w:sz w:val="24"/>
          <w:szCs w:val="24"/>
        </w:rPr>
      </w:pPr>
    </w:p>
    <w:p w14:paraId="5536824C"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b/>
          <w:sz w:val="24"/>
          <w:szCs w:val="24"/>
        </w:rPr>
        <w:t>Orchestrators</w:t>
      </w:r>
      <w:r w:rsidRPr="00B65F30">
        <w:rPr>
          <w:rFonts w:ascii="Times New Roman" w:hAnsi="Times New Roman" w:cs="Times New Roman"/>
          <w:sz w:val="24"/>
          <w:szCs w:val="24"/>
        </w:rPr>
        <w:t>: send one member of your team to listen to the innovators and report back to you to make sure you are mobilizing around a similar solution. This person can come back and forth between the two. groups. The other members need to develop a plan to scale up and sustain the movement and the solution. The following questions will help guide you in developing this plan:</w:t>
      </w:r>
    </w:p>
    <w:p w14:paraId="376D67E6" w14:textId="77777777" w:rsidR="00B65F30" w:rsidRDefault="00B65F30" w:rsidP="00B65F30">
      <w:pPr>
        <w:pStyle w:val="NoSpacing"/>
        <w:rPr>
          <w:rFonts w:ascii="Times New Roman" w:hAnsi="Times New Roman" w:cs="Times New Roman"/>
          <w:sz w:val="24"/>
          <w:szCs w:val="24"/>
        </w:rPr>
      </w:pPr>
    </w:p>
    <w:p w14:paraId="21636179" w14:textId="77777777" w:rsidR="00B65F30" w:rsidRDefault="00705504" w:rsidP="00B65F30">
      <w:pPr>
        <w:pStyle w:val="NoSpacing"/>
        <w:numPr>
          <w:ilvl w:val="0"/>
          <w:numId w:val="15"/>
        </w:numPr>
        <w:rPr>
          <w:rFonts w:ascii="Times New Roman" w:hAnsi="Times New Roman" w:cs="Times New Roman"/>
          <w:spacing w:val="-5"/>
          <w:sz w:val="24"/>
          <w:szCs w:val="24"/>
        </w:rPr>
      </w:pPr>
      <w:r w:rsidRPr="00B65F30">
        <w:rPr>
          <w:rFonts w:ascii="Times New Roman" w:hAnsi="Times New Roman" w:cs="Times New Roman"/>
          <w:sz w:val="24"/>
          <w:szCs w:val="24"/>
        </w:rPr>
        <w:t>What</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is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your</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plan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for</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sustaining</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movement?</w:t>
      </w:r>
      <w:r w:rsidRPr="00B65F30">
        <w:rPr>
          <w:rFonts w:ascii="Times New Roman" w:hAnsi="Times New Roman" w:cs="Times New Roman"/>
          <w:spacing w:val="-5"/>
          <w:sz w:val="24"/>
          <w:szCs w:val="24"/>
        </w:rPr>
        <w:t xml:space="preserve"> </w:t>
      </w:r>
    </w:p>
    <w:p w14:paraId="00619DAB" w14:textId="77777777" w:rsidR="00B65F30" w:rsidRDefault="00705504" w:rsidP="00B65F30">
      <w:pPr>
        <w:pStyle w:val="NoSpacing"/>
        <w:numPr>
          <w:ilvl w:val="0"/>
          <w:numId w:val="15"/>
        </w:numPr>
        <w:rPr>
          <w:rFonts w:ascii="Times New Roman" w:hAnsi="Times New Roman" w:cs="Times New Roman"/>
          <w:spacing w:val="-4"/>
          <w:sz w:val="24"/>
          <w:szCs w:val="24"/>
        </w:rPr>
      </w:pPr>
      <w:r w:rsidRPr="00B65F30">
        <w:rPr>
          <w:rFonts w:ascii="Times New Roman" w:hAnsi="Times New Roman" w:cs="Times New Roman"/>
          <w:sz w:val="24"/>
          <w:szCs w:val="24"/>
        </w:rPr>
        <w:t>Does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it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involve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frequent</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protests?</w:t>
      </w:r>
      <w:r w:rsidRPr="00B65F30">
        <w:rPr>
          <w:rFonts w:ascii="Times New Roman" w:hAnsi="Times New Roman" w:cs="Times New Roman"/>
          <w:spacing w:val="-4"/>
          <w:sz w:val="24"/>
          <w:szCs w:val="24"/>
        </w:rPr>
        <w:t xml:space="preserve"> </w:t>
      </w:r>
    </w:p>
    <w:p w14:paraId="29B2A276" w14:textId="77777777" w:rsid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Messaging</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on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social</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 xml:space="preserve">media? </w:t>
      </w:r>
    </w:p>
    <w:p w14:paraId="273178CD" w14:textId="3BEA61B1"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Regular organizing of participants that identify with 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movement?</w:t>
      </w:r>
    </w:p>
    <w:p w14:paraId="7AA0C78B" w14:textId="77777777" w:rsid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 xml:space="preserve">How will you build allies? </w:t>
      </w:r>
    </w:p>
    <w:p w14:paraId="3F9BAF33" w14:textId="051416B6"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Who might support the movement and your</w:t>
      </w:r>
      <w:r w:rsidRPr="00B65F30">
        <w:rPr>
          <w:rFonts w:ascii="Times New Roman" w:hAnsi="Times New Roman" w:cs="Times New Roman"/>
          <w:spacing w:val="-36"/>
          <w:sz w:val="24"/>
          <w:szCs w:val="24"/>
        </w:rPr>
        <w:t xml:space="preserve"> </w:t>
      </w:r>
      <w:r w:rsidRPr="00B65F30">
        <w:rPr>
          <w:rFonts w:ascii="Times New Roman" w:hAnsi="Times New Roman" w:cs="Times New Roman"/>
          <w:sz w:val="24"/>
          <w:szCs w:val="24"/>
        </w:rPr>
        <w:t>solution?</w:t>
      </w:r>
    </w:p>
    <w:p w14:paraId="529D0C7F" w14:textId="77777777"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What is your plan for assessing if the solution effectively resolves the</w:t>
      </w:r>
      <w:r w:rsidRPr="00B65F30">
        <w:rPr>
          <w:rFonts w:ascii="Times New Roman" w:hAnsi="Times New Roman" w:cs="Times New Roman"/>
          <w:spacing w:val="-32"/>
          <w:sz w:val="24"/>
          <w:szCs w:val="24"/>
        </w:rPr>
        <w:t xml:space="preserve"> </w:t>
      </w:r>
      <w:r w:rsidRPr="00B65F30">
        <w:rPr>
          <w:rFonts w:ascii="Times New Roman" w:hAnsi="Times New Roman" w:cs="Times New Roman"/>
          <w:sz w:val="24"/>
          <w:szCs w:val="24"/>
        </w:rPr>
        <w:t>problem?</w:t>
      </w:r>
    </w:p>
    <w:p w14:paraId="2296D469" w14:textId="77777777" w:rsid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scale up the solution proposed by innovators? W</w:t>
      </w:r>
    </w:p>
    <w:p w14:paraId="6DF53D39" w14:textId="6EB7F74A"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hat is a realistic timeline for this</w:t>
      </w:r>
      <w:r w:rsidRPr="00B65F30">
        <w:rPr>
          <w:rFonts w:ascii="Times New Roman" w:hAnsi="Times New Roman" w:cs="Times New Roman"/>
          <w:spacing w:val="-18"/>
          <w:sz w:val="24"/>
          <w:szCs w:val="24"/>
        </w:rPr>
        <w:t xml:space="preserve"> </w:t>
      </w:r>
      <w:proofErr w:type="gramStart"/>
      <w:r w:rsidRPr="00B65F30">
        <w:rPr>
          <w:rFonts w:ascii="Times New Roman" w:hAnsi="Times New Roman" w:cs="Times New Roman"/>
          <w:sz w:val="24"/>
          <w:szCs w:val="24"/>
        </w:rPr>
        <w:t>change?</w:t>
      </w:r>
      <w:proofErr w:type="gramEnd"/>
    </w:p>
    <w:p w14:paraId="0AE9A543" w14:textId="0F5F83A9"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What challenges or obstacles do you anticipate as you try to implement the</w:t>
      </w:r>
      <w:r w:rsidRPr="00B65F30">
        <w:rPr>
          <w:rFonts w:ascii="Times New Roman" w:hAnsi="Times New Roman" w:cs="Times New Roman"/>
          <w:spacing w:val="-10"/>
          <w:sz w:val="24"/>
          <w:szCs w:val="24"/>
        </w:rPr>
        <w:t xml:space="preserve"> </w:t>
      </w:r>
      <w:r w:rsidRPr="00B65F30">
        <w:rPr>
          <w:rFonts w:ascii="Times New Roman" w:hAnsi="Times New Roman" w:cs="Times New Roman"/>
          <w:sz w:val="24"/>
          <w:szCs w:val="24"/>
        </w:rPr>
        <w:t>solution?</w:t>
      </w:r>
    </w:p>
    <w:p w14:paraId="7B75F3FA" w14:textId="5E4A90C2"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know the problem has been addressed? What will specifically</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change?</w:t>
      </w:r>
    </w:p>
    <w:p w14:paraId="4A800464" w14:textId="6DA03C50"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keep people energized in the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movement?</w:t>
      </w:r>
    </w:p>
    <w:p w14:paraId="2C355F00" w14:textId="77777777"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What are all the actors that need to be involved to successfully change the status</w:t>
      </w:r>
      <w:r w:rsidRPr="00B65F30">
        <w:rPr>
          <w:rFonts w:ascii="Times New Roman" w:hAnsi="Times New Roman" w:cs="Times New Roman"/>
          <w:spacing w:val="-18"/>
          <w:sz w:val="24"/>
          <w:szCs w:val="24"/>
        </w:rPr>
        <w:t xml:space="preserve"> </w:t>
      </w:r>
      <w:r w:rsidRPr="00B65F30">
        <w:rPr>
          <w:rFonts w:ascii="Times New Roman" w:hAnsi="Times New Roman" w:cs="Times New Roman"/>
          <w:sz w:val="24"/>
          <w:szCs w:val="24"/>
        </w:rPr>
        <w:t>quo?</w:t>
      </w:r>
    </w:p>
    <w:p w14:paraId="168A4158" w14:textId="77777777" w:rsidR="00705504" w:rsidRPr="00B65F30" w:rsidRDefault="00705504"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communicate progress to movement</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supporters?</w:t>
      </w:r>
    </w:p>
    <w:p w14:paraId="50F9853D" w14:textId="77777777" w:rsidR="00705504" w:rsidRPr="00B65F30" w:rsidRDefault="00705504" w:rsidP="00B65F30">
      <w:pPr>
        <w:pStyle w:val="NoSpacing"/>
        <w:rPr>
          <w:rFonts w:ascii="Times New Roman" w:hAnsi="Times New Roman" w:cs="Times New Roman"/>
          <w:sz w:val="24"/>
          <w:szCs w:val="24"/>
        </w:rPr>
      </w:pPr>
    </w:p>
    <w:p w14:paraId="0F795ED0" w14:textId="77777777" w:rsidR="00705504" w:rsidRPr="00B65F30" w:rsidRDefault="00705504" w:rsidP="00B65F30">
      <w:pPr>
        <w:pStyle w:val="NoSpacing"/>
        <w:rPr>
          <w:rFonts w:ascii="Times New Roman" w:hAnsi="Times New Roman" w:cs="Times New Roman"/>
          <w:sz w:val="24"/>
          <w:szCs w:val="24"/>
        </w:rPr>
      </w:pPr>
    </w:p>
    <w:p w14:paraId="3E370962" w14:textId="5213BAA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#3 (1</w:t>
      </w:r>
      <w:r w:rsidR="00B65F30">
        <w:rPr>
          <w:rFonts w:ascii="Times New Roman" w:hAnsi="Times New Roman" w:cs="Times New Roman"/>
          <w:sz w:val="24"/>
          <w:szCs w:val="24"/>
        </w:rPr>
        <w:t>0</w:t>
      </w:r>
      <w:r w:rsidRPr="00B65F30">
        <w:rPr>
          <w:rFonts w:ascii="Times New Roman" w:hAnsi="Times New Roman" w:cs="Times New Roman"/>
          <w:sz w:val="24"/>
          <w:szCs w:val="24"/>
        </w:rPr>
        <w:t xml:space="preserve"> minutes):</w:t>
      </w:r>
    </w:p>
    <w:p w14:paraId="606FDACD"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 xml:space="preserve">Get together as a group and discuss your plans and come up with a brief </w:t>
      </w:r>
      <w:proofErr w:type="gramStart"/>
      <w:r w:rsidRPr="00B65F30">
        <w:rPr>
          <w:rFonts w:ascii="Times New Roman" w:hAnsi="Times New Roman" w:cs="Times New Roman"/>
          <w:sz w:val="24"/>
          <w:szCs w:val="24"/>
        </w:rPr>
        <w:t>7-10 minute</w:t>
      </w:r>
      <w:proofErr w:type="gramEnd"/>
      <w:r w:rsidRPr="00B65F30">
        <w:rPr>
          <w:rFonts w:ascii="Times New Roman" w:hAnsi="Times New Roman" w:cs="Times New Roman"/>
          <w:sz w:val="24"/>
          <w:szCs w:val="24"/>
        </w:rPr>
        <w:t xml:space="preserve"> presentation.</w:t>
      </w:r>
    </w:p>
    <w:p w14:paraId="3E29E162" w14:textId="77777777" w:rsidR="00705504" w:rsidRPr="00B65F30" w:rsidRDefault="00705504" w:rsidP="00B65F30">
      <w:pPr>
        <w:pStyle w:val="NoSpacing"/>
        <w:rPr>
          <w:rFonts w:ascii="Times New Roman" w:hAnsi="Times New Roman" w:cs="Times New Roman"/>
          <w:sz w:val="24"/>
          <w:szCs w:val="24"/>
        </w:rPr>
      </w:pPr>
    </w:p>
    <w:p w14:paraId="67B8508E"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#4 (10 minutes):</w:t>
      </w:r>
    </w:p>
    <w:p w14:paraId="24F73D44"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You have 7-10 minutes to present your full movement plan across the three different roles.</w:t>
      </w:r>
    </w:p>
    <w:p w14:paraId="3BF61FD6" w14:textId="77777777" w:rsidR="00705504" w:rsidRPr="00B65F30" w:rsidRDefault="00705504" w:rsidP="00B65F30">
      <w:pPr>
        <w:pStyle w:val="NoSpacing"/>
        <w:rPr>
          <w:rFonts w:ascii="Times New Roman" w:hAnsi="Times New Roman" w:cs="Times New Roman"/>
          <w:sz w:val="24"/>
          <w:szCs w:val="24"/>
        </w:rPr>
        <w:sectPr w:rsidR="00705504" w:rsidRPr="00B65F30" w:rsidSect="00B65F30">
          <w:pgSz w:w="12240" w:h="15840"/>
          <w:pgMar w:top="1440" w:right="1440" w:bottom="1440" w:left="1440" w:header="720" w:footer="720" w:gutter="0"/>
          <w:cols w:space="720"/>
          <w:docGrid w:linePitch="326"/>
        </w:sectPr>
      </w:pPr>
    </w:p>
    <w:p w14:paraId="6C302F2E" w14:textId="77777777" w:rsidR="00705504" w:rsidRDefault="00705504" w:rsidP="00B65F30">
      <w:pPr>
        <w:pStyle w:val="NoSpacing"/>
        <w:rPr>
          <w:rFonts w:ascii="Times New Roman" w:hAnsi="Times New Roman" w:cs="Times New Roman"/>
          <w:b/>
          <w:bCs/>
          <w:sz w:val="24"/>
          <w:szCs w:val="24"/>
        </w:rPr>
      </w:pPr>
      <w:r w:rsidRPr="00B65F30">
        <w:rPr>
          <w:rFonts w:ascii="Times New Roman" w:hAnsi="Times New Roman" w:cs="Times New Roman"/>
          <w:b/>
          <w:bCs/>
          <w:sz w:val="24"/>
          <w:szCs w:val="24"/>
        </w:rPr>
        <w:lastRenderedPageBreak/>
        <w:t>Social Movement Simulation-Group B</w:t>
      </w:r>
    </w:p>
    <w:p w14:paraId="620CFD77" w14:textId="77777777" w:rsidR="00B65F30" w:rsidRPr="00B65F30" w:rsidRDefault="00B65F30" w:rsidP="00B65F30">
      <w:pPr>
        <w:pStyle w:val="NoSpacing"/>
        <w:rPr>
          <w:rFonts w:ascii="Times New Roman" w:hAnsi="Times New Roman" w:cs="Times New Roman"/>
          <w:b/>
          <w:bCs/>
          <w:sz w:val="24"/>
          <w:szCs w:val="24"/>
        </w:rPr>
      </w:pPr>
    </w:p>
    <w:p w14:paraId="0F8EDAC5"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You are revitalizing the “Occupy Wall Street'' movement. You can rename the movement, but your task ultimately is to focus on economic inequality and build a successful and sustainable movement. You are assigned a leadership structure to guide this process. Your group is also divided into three roles: agitators, innovators, and orchestrators. During this simulation you will have to both work as a large group to build your movement and in small groups to determine different aspects of Your movement. In the end, you need a plan that you can present to the class that will revitalize and sustain "Occupy Wall Street."</w:t>
      </w:r>
    </w:p>
    <w:p w14:paraId="766B6FFC" w14:textId="77777777" w:rsidR="00705504" w:rsidRPr="00B65F30" w:rsidRDefault="00705504" w:rsidP="00B65F30">
      <w:pPr>
        <w:pStyle w:val="NoSpacing"/>
        <w:rPr>
          <w:rFonts w:ascii="Times New Roman" w:hAnsi="Times New Roman" w:cs="Times New Roman"/>
          <w:sz w:val="24"/>
          <w:szCs w:val="24"/>
        </w:rPr>
      </w:pPr>
    </w:p>
    <w:p w14:paraId="12B40E23" w14:textId="77777777" w:rsidR="00705504" w:rsidRDefault="00705504" w:rsidP="00B65F30">
      <w:pPr>
        <w:pStyle w:val="NoSpacing"/>
        <w:rPr>
          <w:rFonts w:ascii="Times New Roman" w:hAnsi="Times New Roman" w:cs="Times New Roman"/>
          <w:sz w:val="24"/>
          <w:szCs w:val="24"/>
        </w:rPr>
      </w:pPr>
      <w:r w:rsidRPr="00B65F30">
        <w:rPr>
          <w:rFonts w:ascii="Times New Roman" w:hAnsi="Times New Roman" w:cs="Times New Roman"/>
          <w:i/>
          <w:sz w:val="24"/>
          <w:szCs w:val="24"/>
        </w:rPr>
        <w:t>Type of Movement</w:t>
      </w:r>
      <w:r w:rsidRPr="00B65F30">
        <w:rPr>
          <w:rFonts w:ascii="Times New Roman" w:hAnsi="Times New Roman" w:cs="Times New Roman"/>
          <w:sz w:val="24"/>
          <w:szCs w:val="24"/>
        </w:rPr>
        <w:t xml:space="preserve">: Your group is building a </w:t>
      </w:r>
      <w:r w:rsidRPr="00B65F30">
        <w:rPr>
          <w:rFonts w:ascii="Times New Roman" w:hAnsi="Times New Roman" w:cs="Times New Roman"/>
          <w:sz w:val="24"/>
          <w:szCs w:val="24"/>
          <w:u w:val="single"/>
        </w:rPr>
        <w:t>radical</w:t>
      </w:r>
      <w:r w:rsidRPr="00B65F30">
        <w:rPr>
          <w:rFonts w:ascii="Times New Roman" w:hAnsi="Times New Roman" w:cs="Times New Roman"/>
          <w:sz w:val="24"/>
          <w:szCs w:val="24"/>
        </w:rPr>
        <w:t xml:space="preserve"> movement. Your objective is to challenge, contest, and reimagine existing policies, laws, and institutions. In the end, your plan must include new solutions that are not currently existing in the status quo.</w:t>
      </w:r>
    </w:p>
    <w:p w14:paraId="744BAA4A" w14:textId="77777777" w:rsidR="00B65F30" w:rsidRPr="00B65F30" w:rsidRDefault="00B65F30" w:rsidP="00B65F30">
      <w:pPr>
        <w:pStyle w:val="NoSpacing"/>
        <w:rPr>
          <w:rFonts w:ascii="Times New Roman" w:hAnsi="Times New Roman" w:cs="Times New Roman"/>
          <w:sz w:val="24"/>
          <w:szCs w:val="24"/>
        </w:rPr>
      </w:pPr>
    </w:p>
    <w:p w14:paraId="208F044C" w14:textId="77777777" w:rsidR="00705504" w:rsidRDefault="00705504" w:rsidP="00B65F30">
      <w:pPr>
        <w:pStyle w:val="NoSpacing"/>
        <w:rPr>
          <w:rFonts w:ascii="Times New Roman" w:hAnsi="Times New Roman" w:cs="Times New Roman"/>
          <w:sz w:val="24"/>
          <w:szCs w:val="24"/>
        </w:rPr>
      </w:pPr>
      <w:r w:rsidRPr="00B65F30">
        <w:rPr>
          <w:rFonts w:ascii="Times New Roman" w:hAnsi="Times New Roman" w:cs="Times New Roman"/>
          <w:i/>
          <w:sz w:val="24"/>
          <w:szCs w:val="24"/>
        </w:rPr>
        <w:t>Your Leadership</w:t>
      </w:r>
      <w:r w:rsidRPr="00B65F30">
        <w:rPr>
          <w:rFonts w:ascii="Times New Roman" w:hAnsi="Times New Roman" w:cs="Times New Roman"/>
          <w:sz w:val="24"/>
          <w:szCs w:val="24"/>
        </w:rPr>
        <w:t xml:space="preserve">: You have a </w:t>
      </w:r>
      <w:r w:rsidRPr="00B65F30">
        <w:rPr>
          <w:rFonts w:ascii="Times New Roman" w:hAnsi="Times New Roman" w:cs="Times New Roman"/>
          <w:spacing w:val="-110"/>
          <w:sz w:val="24"/>
          <w:szCs w:val="24"/>
          <w:u w:val="single"/>
        </w:rPr>
        <w:t>h</w:t>
      </w:r>
      <w:r w:rsidRPr="00B65F30">
        <w:rPr>
          <w:rFonts w:ascii="Times New Roman" w:hAnsi="Times New Roman" w:cs="Times New Roman"/>
          <w:spacing w:val="54"/>
          <w:sz w:val="24"/>
          <w:szCs w:val="24"/>
        </w:rPr>
        <w:t xml:space="preserve"> </w:t>
      </w:r>
      <w:proofErr w:type="spellStart"/>
      <w:r w:rsidRPr="00B65F30">
        <w:rPr>
          <w:rFonts w:ascii="Times New Roman" w:hAnsi="Times New Roman" w:cs="Times New Roman"/>
          <w:sz w:val="24"/>
          <w:szCs w:val="24"/>
          <w:u w:val="single"/>
        </w:rPr>
        <w:t>orizontal</w:t>
      </w:r>
      <w:proofErr w:type="spellEnd"/>
      <w:r w:rsidRPr="00B65F30">
        <w:rPr>
          <w:rFonts w:ascii="Times New Roman" w:hAnsi="Times New Roman" w:cs="Times New Roman"/>
          <w:sz w:val="24"/>
          <w:szCs w:val="24"/>
        </w:rPr>
        <w:t xml:space="preserve"> leadership approach. This means there are many leaders who each take turns leading. This also means that for each task your group needs to check-in to make sure all perspectives are reflected.</w:t>
      </w:r>
    </w:p>
    <w:p w14:paraId="093046A4" w14:textId="77777777" w:rsidR="00B65F30" w:rsidRPr="00B65F30" w:rsidRDefault="00B65F30" w:rsidP="00B65F30">
      <w:pPr>
        <w:pStyle w:val="NoSpacing"/>
        <w:rPr>
          <w:rFonts w:ascii="Times New Roman" w:hAnsi="Times New Roman" w:cs="Times New Roman"/>
          <w:sz w:val="24"/>
          <w:szCs w:val="24"/>
        </w:rPr>
      </w:pPr>
    </w:p>
    <w:p w14:paraId="29A49833" w14:textId="77777777" w:rsidR="00705504"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 xml:space="preserve">Your group also </w:t>
      </w:r>
      <w:proofErr w:type="gramStart"/>
      <w:r w:rsidRPr="00B65F30">
        <w:rPr>
          <w:rFonts w:ascii="Times New Roman" w:hAnsi="Times New Roman" w:cs="Times New Roman"/>
          <w:sz w:val="24"/>
          <w:szCs w:val="24"/>
        </w:rPr>
        <w:t>has to</w:t>
      </w:r>
      <w:proofErr w:type="gramEnd"/>
      <w:r w:rsidRPr="00B65F30">
        <w:rPr>
          <w:rFonts w:ascii="Times New Roman" w:hAnsi="Times New Roman" w:cs="Times New Roman"/>
          <w:sz w:val="24"/>
          <w:szCs w:val="24"/>
        </w:rPr>
        <w:t xml:space="preserve"> discuss if anyone has been left out in participating in this exercise as well as fictional participants you are imagining will support the movement.</w:t>
      </w:r>
    </w:p>
    <w:p w14:paraId="14B5CBE4" w14:textId="77777777" w:rsidR="00B65F30" w:rsidRPr="00B65F30" w:rsidRDefault="00B65F30" w:rsidP="00B65F30">
      <w:pPr>
        <w:pStyle w:val="NoSpacing"/>
        <w:rPr>
          <w:rFonts w:ascii="Times New Roman" w:hAnsi="Times New Roman" w:cs="Times New Roman"/>
          <w:sz w:val="24"/>
          <w:szCs w:val="24"/>
        </w:rPr>
      </w:pPr>
    </w:p>
    <w:p w14:paraId="2A6FA609" w14:textId="6CC1980F"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#I (</w:t>
      </w:r>
      <w:r w:rsidR="00B65F30">
        <w:rPr>
          <w:rFonts w:ascii="Times New Roman" w:hAnsi="Times New Roman" w:cs="Times New Roman"/>
          <w:sz w:val="24"/>
          <w:szCs w:val="24"/>
        </w:rPr>
        <w:t>15</w:t>
      </w:r>
      <w:r w:rsidRPr="00B65F30">
        <w:rPr>
          <w:rFonts w:ascii="Times New Roman" w:hAnsi="Times New Roman" w:cs="Times New Roman"/>
          <w:sz w:val="24"/>
          <w:szCs w:val="24"/>
        </w:rPr>
        <w:t xml:space="preserve"> minutes):</w:t>
      </w:r>
    </w:p>
    <w:p w14:paraId="18416204" w14:textId="77777777"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As a large group you need to agree on (</w:t>
      </w:r>
      <w:proofErr w:type="spellStart"/>
      <w:r w:rsidRPr="00B65F30">
        <w:rPr>
          <w:rFonts w:ascii="Times New Roman" w:hAnsi="Times New Roman" w:cs="Times New Roman"/>
          <w:sz w:val="24"/>
          <w:szCs w:val="24"/>
        </w:rPr>
        <w:t>i</w:t>
      </w:r>
      <w:proofErr w:type="spellEnd"/>
      <w:r w:rsidRPr="00B65F30">
        <w:rPr>
          <w:rFonts w:ascii="Times New Roman" w:hAnsi="Times New Roman" w:cs="Times New Roman"/>
          <w:sz w:val="24"/>
          <w:szCs w:val="24"/>
        </w:rPr>
        <w:t>) definition of the problem, (2) movement name and (3) the solution to the problem. While You discuss and finalize these foundational parts of your movement make sure that everyone has a chance to weigh in on these decisions.</w:t>
      </w:r>
    </w:p>
    <w:p w14:paraId="1F59F684" w14:textId="77777777" w:rsidR="00705504" w:rsidRPr="00B65F30" w:rsidRDefault="00705504" w:rsidP="00B65F30">
      <w:pPr>
        <w:pStyle w:val="NoSpacing"/>
        <w:rPr>
          <w:rFonts w:ascii="Times New Roman" w:hAnsi="Times New Roman" w:cs="Times New Roman"/>
          <w:sz w:val="24"/>
          <w:szCs w:val="24"/>
        </w:rPr>
      </w:pPr>
    </w:p>
    <w:p w14:paraId="5952EF3B" w14:textId="0AFF400A"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#2 (</w:t>
      </w:r>
      <w:r w:rsidR="00B65F30">
        <w:rPr>
          <w:rFonts w:ascii="Times New Roman" w:hAnsi="Times New Roman" w:cs="Times New Roman"/>
          <w:sz w:val="24"/>
          <w:szCs w:val="24"/>
        </w:rPr>
        <w:t>50</w:t>
      </w:r>
      <w:r w:rsidRPr="00B65F30">
        <w:rPr>
          <w:rFonts w:ascii="Times New Roman" w:hAnsi="Times New Roman" w:cs="Times New Roman"/>
          <w:sz w:val="24"/>
          <w:szCs w:val="24"/>
        </w:rPr>
        <w:t xml:space="preserve"> minutes):</w:t>
      </w:r>
    </w:p>
    <w:p w14:paraId="5DB09CFF" w14:textId="06ABE335" w:rsidR="00705504" w:rsidRPr="00B65F30" w:rsidRDefault="00705504"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 xml:space="preserve">Assemble into your </w:t>
      </w:r>
      <w:r w:rsidR="00B65F30" w:rsidRPr="00B65F30">
        <w:rPr>
          <w:rFonts w:ascii="Times New Roman" w:hAnsi="Times New Roman" w:cs="Times New Roman"/>
          <w:sz w:val="24"/>
          <w:szCs w:val="24"/>
        </w:rPr>
        <w:t>small, assigned</w:t>
      </w:r>
      <w:r w:rsidRPr="00B65F30">
        <w:rPr>
          <w:rFonts w:ascii="Times New Roman" w:hAnsi="Times New Roman" w:cs="Times New Roman"/>
          <w:sz w:val="24"/>
          <w:szCs w:val="24"/>
        </w:rPr>
        <w:t xml:space="preserve"> groups and complete the Tasks associated with each role.</w:t>
      </w:r>
    </w:p>
    <w:p w14:paraId="5B83D86C" w14:textId="77777777" w:rsidR="00705504" w:rsidRPr="00B65F30" w:rsidRDefault="00705504" w:rsidP="00B65F30">
      <w:pPr>
        <w:pStyle w:val="NoSpacing"/>
        <w:rPr>
          <w:rFonts w:ascii="Times New Roman" w:hAnsi="Times New Roman" w:cs="Times New Roman"/>
          <w:sz w:val="24"/>
          <w:szCs w:val="24"/>
        </w:rPr>
      </w:pPr>
    </w:p>
    <w:p w14:paraId="111AF953"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b/>
          <w:sz w:val="24"/>
          <w:szCs w:val="24"/>
        </w:rPr>
        <w:t>Agitators</w:t>
      </w:r>
      <w:r w:rsidRPr="00B65F30">
        <w:rPr>
          <w:rFonts w:ascii="Times New Roman" w:hAnsi="Times New Roman" w:cs="Times New Roman"/>
          <w:sz w:val="24"/>
          <w:szCs w:val="24"/>
        </w:rPr>
        <w:t>: Your goal is to develop a plan to articulate the problem and launch collective action against the status quo. Below are questions to help guide you in developing your plan:</w:t>
      </w:r>
    </w:p>
    <w:p w14:paraId="52DBB028"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the twitter handle for 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movement?</w:t>
      </w:r>
    </w:p>
    <w:p w14:paraId="5101C18D"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the plan for organizing the protest? How will people be invited to join the protest? How will you keep track of how</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many</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participants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join?</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What is</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budget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for</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protest?</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What</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supplies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do</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you need?</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Where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protest take</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place?</w:t>
      </w:r>
    </w:p>
    <w:p w14:paraId="4B6B21F4"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communicate the severity of the</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problem?</w:t>
      </w:r>
    </w:p>
    <w:p w14:paraId="68025E69"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actors are you</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targeting?</w:t>
      </w:r>
    </w:p>
    <w:p w14:paraId="3DECDB01"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Who are your partners or allies?</w:t>
      </w:r>
    </w:p>
    <w:p w14:paraId="429A8EAE"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are your talking points for 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press?</w:t>
      </w:r>
    </w:p>
    <w:p w14:paraId="3E607078"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is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your</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plan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to</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ensure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protestors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are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safe?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If</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city</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institutes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a</w:t>
      </w:r>
      <w:r w:rsidRPr="00B65F30">
        <w:rPr>
          <w:rFonts w:ascii="Times New Roman" w:hAnsi="Times New Roman" w:cs="Times New Roman"/>
          <w:spacing w:val="-3"/>
          <w:sz w:val="24"/>
          <w:szCs w:val="24"/>
        </w:rPr>
        <w:t xml:space="preserve"> </w:t>
      </w:r>
      <w:proofErr w:type="gramStart"/>
      <w:r w:rsidRPr="00B65F30">
        <w:rPr>
          <w:rFonts w:ascii="Times New Roman" w:hAnsi="Times New Roman" w:cs="Times New Roman"/>
          <w:sz w:val="24"/>
          <w:szCs w:val="24"/>
        </w:rPr>
        <w:t>curfew</w:t>
      </w:r>
      <w:proofErr w:type="gramEnd"/>
      <w:r w:rsidRPr="00B65F30">
        <w:rPr>
          <w:rFonts w:ascii="Times New Roman" w:hAnsi="Times New Roman" w:cs="Times New Roman"/>
          <w:sz w:val="24"/>
          <w:szCs w:val="24"/>
        </w:rPr>
        <w:t xml:space="preserve"> how</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you respond?</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How</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will</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people get home safely?</w:t>
      </w:r>
    </w:p>
    <w:p w14:paraId="14C77B78"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get the media's attention? Are there certain news outlets you are</w:t>
      </w:r>
      <w:r w:rsidRPr="00B65F30">
        <w:rPr>
          <w:rFonts w:ascii="Times New Roman" w:hAnsi="Times New Roman" w:cs="Times New Roman"/>
          <w:spacing w:val="-9"/>
          <w:sz w:val="24"/>
          <w:szCs w:val="24"/>
        </w:rPr>
        <w:t xml:space="preserve"> </w:t>
      </w:r>
      <w:r w:rsidRPr="00B65F30">
        <w:rPr>
          <w:rFonts w:ascii="Times New Roman" w:hAnsi="Times New Roman" w:cs="Times New Roman"/>
          <w:sz w:val="24"/>
          <w:szCs w:val="24"/>
        </w:rPr>
        <w:t>targeting?</w:t>
      </w:r>
    </w:p>
    <w:p w14:paraId="43D87632"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your plan for keeping supporters involved in the movement after the</w:t>
      </w:r>
      <w:r w:rsidRPr="00B65F30">
        <w:rPr>
          <w:rFonts w:ascii="Times New Roman" w:hAnsi="Times New Roman" w:cs="Times New Roman"/>
          <w:spacing w:val="-11"/>
          <w:sz w:val="24"/>
          <w:szCs w:val="24"/>
        </w:rPr>
        <w:t xml:space="preserve"> </w:t>
      </w:r>
      <w:r w:rsidRPr="00B65F30">
        <w:rPr>
          <w:rFonts w:ascii="Times New Roman" w:hAnsi="Times New Roman" w:cs="Times New Roman"/>
          <w:sz w:val="24"/>
          <w:szCs w:val="24"/>
        </w:rPr>
        <w:t>protest?</w:t>
      </w:r>
    </w:p>
    <w:p w14:paraId="623B4091"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What is your plan for evaluating if the movement resonates with</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people?</w:t>
      </w:r>
    </w:p>
    <w:p w14:paraId="1628E3CE"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measure success with the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protest?</w:t>
      </w:r>
    </w:p>
    <w:p w14:paraId="39B8033E" w14:textId="77777777" w:rsidR="00B65F30" w:rsidRPr="00B65F30" w:rsidRDefault="00B65F30" w:rsidP="00B65F30">
      <w:pPr>
        <w:pStyle w:val="NoSpacing"/>
        <w:numPr>
          <w:ilvl w:val="0"/>
          <w:numId w:val="13"/>
        </w:numPr>
        <w:rPr>
          <w:rFonts w:ascii="Times New Roman" w:hAnsi="Times New Roman" w:cs="Times New Roman"/>
          <w:sz w:val="24"/>
          <w:szCs w:val="24"/>
        </w:rPr>
      </w:pPr>
      <w:r w:rsidRPr="00B65F30">
        <w:rPr>
          <w:rFonts w:ascii="Times New Roman" w:hAnsi="Times New Roman" w:cs="Times New Roman"/>
          <w:sz w:val="24"/>
          <w:szCs w:val="24"/>
        </w:rPr>
        <w:t>How will you incorporate different perspectives in</w:t>
      </w:r>
      <w:r w:rsidRPr="00B65F30">
        <w:rPr>
          <w:rFonts w:ascii="Times New Roman" w:hAnsi="Times New Roman" w:cs="Times New Roman"/>
          <w:spacing w:val="-21"/>
          <w:sz w:val="24"/>
          <w:szCs w:val="24"/>
        </w:rPr>
        <w:t xml:space="preserve"> </w:t>
      </w:r>
      <w:r w:rsidRPr="00B65F30">
        <w:rPr>
          <w:rFonts w:ascii="Times New Roman" w:hAnsi="Times New Roman" w:cs="Times New Roman"/>
          <w:sz w:val="24"/>
          <w:szCs w:val="24"/>
        </w:rPr>
        <w:t>the messaging of the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problem?</w:t>
      </w:r>
    </w:p>
    <w:p w14:paraId="63613E35" w14:textId="77777777" w:rsidR="00B65F30" w:rsidRPr="00B65F30" w:rsidRDefault="00B65F30" w:rsidP="00B65F30">
      <w:pPr>
        <w:pStyle w:val="NoSpacing"/>
        <w:rPr>
          <w:rFonts w:ascii="Times New Roman" w:hAnsi="Times New Roman" w:cs="Times New Roman"/>
          <w:sz w:val="24"/>
          <w:szCs w:val="24"/>
        </w:rPr>
      </w:pPr>
    </w:p>
    <w:p w14:paraId="249C6B8B" w14:textId="77777777" w:rsidR="00B65F30" w:rsidRPr="00B65F30" w:rsidRDefault="00B65F30" w:rsidP="00B65F30">
      <w:pPr>
        <w:pStyle w:val="NoSpacing"/>
        <w:rPr>
          <w:rFonts w:ascii="Times New Roman" w:hAnsi="Times New Roman" w:cs="Times New Roman"/>
          <w:sz w:val="24"/>
          <w:szCs w:val="24"/>
        </w:rPr>
        <w:sectPr w:rsidR="00B65F30" w:rsidRPr="00B65F30" w:rsidSect="00B65F30">
          <w:pgSz w:w="12240" w:h="15840"/>
          <w:pgMar w:top="1020" w:right="740" w:bottom="280" w:left="620" w:header="720" w:footer="720" w:gutter="0"/>
          <w:cols w:space="720"/>
        </w:sectPr>
      </w:pPr>
      <w:r w:rsidRPr="00B65F30">
        <w:rPr>
          <w:rFonts w:ascii="Times New Roman" w:hAnsi="Times New Roman" w:cs="Times New Roman"/>
          <w:b/>
          <w:sz w:val="24"/>
          <w:szCs w:val="24"/>
        </w:rPr>
        <w:t>Innovators</w:t>
      </w:r>
      <w:r w:rsidRPr="00B65F30">
        <w:rPr>
          <w:rFonts w:ascii="Times New Roman" w:hAnsi="Times New Roman" w:cs="Times New Roman"/>
          <w:sz w:val="24"/>
          <w:szCs w:val="24"/>
        </w:rPr>
        <w:t>: Your goal is to develop a solution and demonstrate why it is better than the current status quo.</w:t>
      </w:r>
    </w:p>
    <w:p w14:paraId="1FD689BE"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sz w:val="24"/>
          <w:szCs w:val="24"/>
        </w:rPr>
        <w:lastRenderedPageBreak/>
        <w:t>Below are questions to help guide you in developing a plan for proposing a solution.</w:t>
      </w:r>
    </w:p>
    <w:p w14:paraId="046EF420"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What is the solution? Why does it solve the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problem?</w:t>
      </w:r>
    </w:p>
    <w:p w14:paraId="2F9828A6"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How will you build a coalition around this solution? Who</w:t>
      </w:r>
      <w:r w:rsidRPr="00B65F30">
        <w:rPr>
          <w:rFonts w:ascii="Times New Roman" w:hAnsi="Times New Roman" w:cs="Times New Roman"/>
          <w:spacing w:val="-25"/>
          <w:sz w:val="24"/>
          <w:szCs w:val="24"/>
        </w:rPr>
        <w:t xml:space="preserve"> </w:t>
      </w:r>
      <w:r w:rsidRPr="00B65F30">
        <w:rPr>
          <w:rFonts w:ascii="Times New Roman" w:hAnsi="Times New Roman" w:cs="Times New Roman"/>
          <w:sz w:val="24"/>
          <w:szCs w:val="24"/>
        </w:rPr>
        <w:t>do you involve and what is their</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role?</w:t>
      </w:r>
    </w:p>
    <w:p w14:paraId="7B5C248B"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What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resources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does</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solution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require?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Who</w:t>
      </w:r>
      <w:r w:rsidRPr="00B65F30">
        <w:rPr>
          <w:rFonts w:ascii="Times New Roman" w:hAnsi="Times New Roman" w:cs="Times New Roman"/>
          <w:spacing w:val="-5"/>
          <w:sz w:val="24"/>
          <w:szCs w:val="24"/>
        </w:rPr>
        <w:t xml:space="preserve"> </w:t>
      </w:r>
      <w:proofErr w:type="gramStart"/>
      <w:r w:rsidRPr="00B65F30">
        <w:rPr>
          <w:rFonts w:ascii="Times New Roman" w:hAnsi="Times New Roman" w:cs="Times New Roman"/>
          <w:sz w:val="24"/>
          <w:szCs w:val="24"/>
        </w:rPr>
        <w:t>has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to</w:t>
      </w:r>
      <w:proofErr w:type="gramEnd"/>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provide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those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resources?</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What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incentives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are</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necessary</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to secure these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resources?</w:t>
      </w:r>
    </w:p>
    <w:p w14:paraId="18F2EA33"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 xml:space="preserve">What needs to change </w:t>
      </w:r>
      <w:proofErr w:type="gramStart"/>
      <w:r w:rsidRPr="00B65F30">
        <w:rPr>
          <w:rFonts w:ascii="Times New Roman" w:hAnsi="Times New Roman" w:cs="Times New Roman"/>
          <w:sz w:val="24"/>
          <w:szCs w:val="24"/>
        </w:rPr>
        <w:t>in order for</w:t>
      </w:r>
      <w:proofErr w:type="gramEnd"/>
      <w:r w:rsidRPr="00B65F30">
        <w:rPr>
          <w:rFonts w:ascii="Times New Roman" w:hAnsi="Times New Roman" w:cs="Times New Roman"/>
          <w:sz w:val="24"/>
          <w:szCs w:val="24"/>
        </w:rPr>
        <w:t xml:space="preserve"> your solution to be effective? How do you initiate that</w:t>
      </w:r>
      <w:r w:rsidRPr="00B65F30">
        <w:rPr>
          <w:rFonts w:ascii="Times New Roman" w:hAnsi="Times New Roman" w:cs="Times New Roman"/>
          <w:spacing w:val="-16"/>
          <w:sz w:val="24"/>
          <w:szCs w:val="24"/>
        </w:rPr>
        <w:t xml:space="preserve"> </w:t>
      </w:r>
      <w:r w:rsidRPr="00B65F30">
        <w:rPr>
          <w:rFonts w:ascii="Times New Roman" w:hAnsi="Times New Roman" w:cs="Times New Roman"/>
          <w:sz w:val="24"/>
          <w:szCs w:val="24"/>
        </w:rPr>
        <w:t>change?</w:t>
      </w:r>
    </w:p>
    <w:p w14:paraId="3A0F6A30"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Do you need to do research? What additional information do you need to know to ensure the solution is</w:t>
      </w:r>
      <w:r w:rsidRPr="00B65F30">
        <w:rPr>
          <w:rFonts w:ascii="Times New Roman" w:hAnsi="Times New Roman" w:cs="Times New Roman"/>
          <w:spacing w:val="-35"/>
          <w:sz w:val="24"/>
          <w:szCs w:val="24"/>
        </w:rPr>
        <w:t xml:space="preserve"> </w:t>
      </w:r>
      <w:r w:rsidRPr="00B65F30">
        <w:rPr>
          <w:rFonts w:ascii="Times New Roman" w:hAnsi="Times New Roman" w:cs="Times New Roman"/>
          <w:sz w:val="24"/>
          <w:szCs w:val="24"/>
        </w:rPr>
        <w:t>feasible?</w:t>
      </w:r>
    </w:p>
    <w:p w14:paraId="7C698E19"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What are your talking points for communicating the solution? Who is the primary audience for this</w:t>
      </w:r>
      <w:r w:rsidRPr="00B65F30">
        <w:rPr>
          <w:rFonts w:ascii="Times New Roman" w:hAnsi="Times New Roman" w:cs="Times New Roman"/>
          <w:spacing w:val="-22"/>
          <w:sz w:val="24"/>
          <w:szCs w:val="24"/>
        </w:rPr>
        <w:t xml:space="preserve"> </w:t>
      </w:r>
      <w:r w:rsidRPr="00B65F30">
        <w:rPr>
          <w:rFonts w:ascii="Times New Roman" w:hAnsi="Times New Roman" w:cs="Times New Roman"/>
          <w:sz w:val="24"/>
          <w:szCs w:val="24"/>
        </w:rPr>
        <w:t>messaging?</w:t>
      </w:r>
    </w:p>
    <w:p w14:paraId="787D4D0A" w14:textId="77777777" w:rsidR="00B65F30" w:rsidRPr="00B65F30" w:rsidRDefault="00B65F30" w:rsidP="00B65F30">
      <w:pPr>
        <w:pStyle w:val="NoSpacing"/>
        <w:numPr>
          <w:ilvl w:val="0"/>
          <w:numId w:val="14"/>
        </w:numPr>
        <w:rPr>
          <w:rFonts w:ascii="Times New Roman" w:hAnsi="Times New Roman" w:cs="Times New Roman"/>
          <w:sz w:val="24"/>
          <w:szCs w:val="24"/>
        </w:rPr>
      </w:pPr>
      <w:r w:rsidRPr="00B65F30">
        <w:rPr>
          <w:rFonts w:ascii="Times New Roman" w:hAnsi="Times New Roman" w:cs="Times New Roman"/>
          <w:sz w:val="24"/>
          <w:szCs w:val="24"/>
        </w:rPr>
        <w:t>How will you evaluate if this solution meets the needs of participants in the</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movement?</w:t>
      </w:r>
    </w:p>
    <w:p w14:paraId="7A01717D" w14:textId="77777777" w:rsidR="00B65F30" w:rsidRPr="00B65F30" w:rsidRDefault="00B65F30" w:rsidP="00B65F30">
      <w:pPr>
        <w:pStyle w:val="NoSpacing"/>
        <w:rPr>
          <w:rFonts w:ascii="Times New Roman" w:hAnsi="Times New Roman" w:cs="Times New Roman"/>
          <w:sz w:val="24"/>
          <w:szCs w:val="24"/>
        </w:rPr>
      </w:pPr>
    </w:p>
    <w:p w14:paraId="246BC82A"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b/>
          <w:sz w:val="24"/>
          <w:szCs w:val="24"/>
        </w:rPr>
        <w:t>Orchestrators</w:t>
      </w:r>
      <w:r w:rsidRPr="00B65F30">
        <w:rPr>
          <w:rFonts w:ascii="Times New Roman" w:hAnsi="Times New Roman" w:cs="Times New Roman"/>
          <w:sz w:val="24"/>
          <w:szCs w:val="24"/>
        </w:rPr>
        <w:t>: send one member of your team to listen to the innovators and report back to you to make sure you are mobilizing around a similar solution. This person can come back and forth between the two. groups. The other members need to develop a plan to scale up and sustain the movement and the solution. The following questions will help guide you in developing this plan:</w:t>
      </w:r>
    </w:p>
    <w:p w14:paraId="55EAC18F" w14:textId="77777777" w:rsidR="00B65F30" w:rsidRDefault="00B65F30" w:rsidP="00B65F30">
      <w:pPr>
        <w:pStyle w:val="NoSpacing"/>
        <w:rPr>
          <w:rFonts w:ascii="Times New Roman" w:hAnsi="Times New Roman" w:cs="Times New Roman"/>
          <w:sz w:val="24"/>
          <w:szCs w:val="24"/>
        </w:rPr>
      </w:pPr>
    </w:p>
    <w:p w14:paraId="2A105DAC" w14:textId="77777777" w:rsidR="00B65F30" w:rsidRDefault="00B65F30" w:rsidP="00B65F30">
      <w:pPr>
        <w:pStyle w:val="NoSpacing"/>
        <w:numPr>
          <w:ilvl w:val="0"/>
          <w:numId w:val="15"/>
        </w:numPr>
        <w:rPr>
          <w:rFonts w:ascii="Times New Roman" w:hAnsi="Times New Roman" w:cs="Times New Roman"/>
          <w:spacing w:val="-5"/>
          <w:sz w:val="24"/>
          <w:szCs w:val="24"/>
        </w:rPr>
      </w:pPr>
      <w:r w:rsidRPr="00B65F30">
        <w:rPr>
          <w:rFonts w:ascii="Times New Roman" w:hAnsi="Times New Roman" w:cs="Times New Roman"/>
          <w:sz w:val="24"/>
          <w:szCs w:val="24"/>
        </w:rPr>
        <w:t>What</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is</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your</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plan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for</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sustaining</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the</w:t>
      </w:r>
      <w:r w:rsidRPr="00B65F30">
        <w:rPr>
          <w:rFonts w:ascii="Times New Roman" w:hAnsi="Times New Roman" w:cs="Times New Roman"/>
          <w:spacing w:val="-1"/>
          <w:sz w:val="24"/>
          <w:szCs w:val="24"/>
        </w:rPr>
        <w:t xml:space="preserve"> </w:t>
      </w:r>
      <w:r w:rsidRPr="00B65F30">
        <w:rPr>
          <w:rFonts w:ascii="Times New Roman" w:hAnsi="Times New Roman" w:cs="Times New Roman"/>
          <w:sz w:val="24"/>
          <w:szCs w:val="24"/>
        </w:rPr>
        <w:t>movement?</w:t>
      </w:r>
      <w:r w:rsidRPr="00B65F30">
        <w:rPr>
          <w:rFonts w:ascii="Times New Roman" w:hAnsi="Times New Roman" w:cs="Times New Roman"/>
          <w:spacing w:val="-5"/>
          <w:sz w:val="24"/>
          <w:szCs w:val="24"/>
        </w:rPr>
        <w:t xml:space="preserve"> </w:t>
      </w:r>
    </w:p>
    <w:p w14:paraId="50E65757" w14:textId="77777777" w:rsidR="00B65F30" w:rsidRDefault="00B65F30" w:rsidP="00B65F30">
      <w:pPr>
        <w:pStyle w:val="NoSpacing"/>
        <w:numPr>
          <w:ilvl w:val="0"/>
          <w:numId w:val="15"/>
        </w:numPr>
        <w:rPr>
          <w:rFonts w:ascii="Times New Roman" w:hAnsi="Times New Roman" w:cs="Times New Roman"/>
          <w:spacing w:val="-4"/>
          <w:sz w:val="24"/>
          <w:szCs w:val="24"/>
        </w:rPr>
      </w:pPr>
      <w:r w:rsidRPr="00B65F30">
        <w:rPr>
          <w:rFonts w:ascii="Times New Roman" w:hAnsi="Times New Roman" w:cs="Times New Roman"/>
          <w:sz w:val="24"/>
          <w:szCs w:val="24"/>
        </w:rPr>
        <w:t>Does</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it</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involve</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frequent</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protests?</w:t>
      </w:r>
      <w:r w:rsidRPr="00B65F30">
        <w:rPr>
          <w:rFonts w:ascii="Times New Roman" w:hAnsi="Times New Roman" w:cs="Times New Roman"/>
          <w:spacing w:val="-4"/>
          <w:sz w:val="24"/>
          <w:szCs w:val="24"/>
        </w:rPr>
        <w:t xml:space="preserve"> </w:t>
      </w:r>
    </w:p>
    <w:p w14:paraId="2FB185DD" w14:textId="77777777" w:rsid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Messaging</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on</w:t>
      </w:r>
      <w:r w:rsidRPr="00B65F30">
        <w:rPr>
          <w:rFonts w:ascii="Times New Roman" w:hAnsi="Times New Roman" w:cs="Times New Roman"/>
          <w:spacing w:val="-4"/>
          <w:sz w:val="24"/>
          <w:szCs w:val="24"/>
        </w:rPr>
        <w:t xml:space="preserve"> </w:t>
      </w:r>
      <w:r w:rsidRPr="00B65F30">
        <w:rPr>
          <w:rFonts w:ascii="Times New Roman" w:hAnsi="Times New Roman" w:cs="Times New Roman"/>
          <w:sz w:val="24"/>
          <w:szCs w:val="24"/>
        </w:rPr>
        <w:t>social</w:t>
      </w:r>
      <w:r w:rsidRPr="00B65F30">
        <w:rPr>
          <w:rFonts w:ascii="Times New Roman" w:hAnsi="Times New Roman" w:cs="Times New Roman"/>
          <w:spacing w:val="-2"/>
          <w:sz w:val="24"/>
          <w:szCs w:val="24"/>
        </w:rPr>
        <w:t xml:space="preserve"> </w:t>
      </w:r>
      <w:r w:rsidRPr="00B65F30">
        <w:rPr>
          <w:rFonts w:ascii="Times New Roman" w:hAnsi="Times New Roman" w:cs="Times New Roman"/>
          <w:sz w:val="24"/>
          <w:szCs w:val="24"/>
        </w:rPr>
        <w:t xml:space="preserve">media? </w:t>
      </w:r>
    </w:p>
    <w:p w14:paraId="48694048"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Regular organizing of participants that identify with the</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movement?</w:t>
      </w:r>
    </w:p>
    <w:p w14:paraId="08D3F190" w14:textId="77777777" w:rsid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 xml:space="preserve">How will you build allies? </w:t>
      </w:r>
    </w:p>
    <w:p w14:paraId="45E6C7E7"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Who might support the movement and your</w:t>
      </w:r>
      <w:r w:rsidRPr="00B65F30">
        <w:rPr>
          <w:rFonts w:ascii="Times New Roman" w:hAnsi="Times New Roman" w:cs="Times New Roman"/>
          <w:spacing w:val="-36"/>
          <w:sz w:val="24"/>
          <w:szCs w:val="24"/>
        </w:rPr>
        <w:t xml:space="preserve"> </w:t>
      </w:r>
      <w:r w:rsidRPr="00B65F30">
        <w:rPr>
          <w:rFonts w:ascii="Times New Roman" w:hAnsi="Times New Roman" w:cs="Times New Roman"/>
          <w:sz w:val="24"/>
          <w:szCs w:val="24"/>
        </w:rPr>
        <w:t>solution?</w:t>
      </w:r>
    </w:p>
    <w:p w14:paraId="418FB14D"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What is your plan for assessing if the solution effectively resolves the</w:t>
      </w:r>
      <w:r w:rsidRPr="00B65F30">
        <w:rPr>
          <w:rFonts w:ascii="Times New Roman" w:hAnsi="Times New Roman" w:cs="Times New Roman"/>
          <w:spacing w:val="-32"/>
          <w:sz w:val="24"/>
          <w:szCs w:val="24"/>
        </w:rPr>
        <w:t xml:space="preserve"> </w:t>
      </w:r>
      <w:r w:rsidRPr="00B65F30">
        <w:rPr>
          <w:rFonts w:ascii="Times New Roman" w:hAnsi="Times New Roman" w:cs="Times New Roman"/>
          <w:sz w:val="24"/>
          <w:szCs w:val="24"/>
        </w:rPr>
        <w:t>problem?</w:t>
      </w:r>
    </w:p>
    <w:p w14:paraId="40919C48" w14:textId="77777777" w:rsid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scale up the solution proposed by innovators? W</w:t>
      </w:r>
    </w:p>
    <w:p w14:paraId="2D2550AC"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hat is a realistic timeline for this</w:t>
      </w:r>
      <w:r w:rsidRPr="00B65F30">
        <w:rPr>
          <w:rFonts w:ascii="Times New Roman" w:hAnsi="Times New Roman" w:cs="Times New Roman"/>
          <w:spacing w:val="-18"/>
          <w:sz w:val="24"/>
          <w:szCs w:val="24"/>
        </w:rPr>
        <w:t xml:space="preserve"> </w:t>
      </w:r>
      <w:proofErr w:type="gramStart"/>
      <w:r w:rsidRPr="00B65F30">
        <w:rPr>
          <w:rFonts w:ascii="Times New Roman" w:hAnsi="Times New Roman" w:cs="Times New Roman"/>
          <w:sz w:val="24"/>
          <w:szCs w:val="24"/>
        </w:rPr>
        <w:t>change?</w:t>
      </w:r>
      <w:proofErr w:type="gramEnd"/>
    </w:p>
    <w:p w14:paraId="0B949A26"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What challenges or obstacles do you anticipate as you try to implement the</w:t>
      </w:r>
      <w:r w:rsidRPr="00B65F30">
        <w:rPr>
          <w:rFonts w:ascii="Times New Roman" w:hAnsi="Times New Roman" w:cs="Times New Roman"/>
          <w:spacing w:val="-10"/>
          <w:sz w:val="24"/>
          <w:szCs w:val="24"/>
        </w:rPr>
        <w:t xml:space="preserve"> </w:t>
      </w:r>
      <w:r w:rsidRPr="00B65F30">
        <w:rPr>
          <w:rFonts w:ascii="Times New Roman" w:hAnsi="Times New Roman" w:cs="Times New Roman"/>
          <w:sz w:val="24"/>
          <w:szCs w:val="24"/>
        </w:rPr>
        <w:t>solution?</w:t>
      </w:r>
    </w:p>
    <w:p w14:paraId="5EEA581A"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know the problem has been addressed? What will specifically</w:t>
      </w:r>
      <w:r w:rsidRPr="00B65F30">
        <w:rPr>
          <w:rFonts w:ascii="Times New Roman" w:hAnsi="Times New Roman" w:cs="Times New Roman"/>
          <w:spacing w:val="-6"/>
          <w:sz w:val="24"/>
          <w:szCs w:val="24"/>
        </w:rPr>
        <w:t xml:space="preserve"> </w:t>
      </w:r>
      <w:r w:rsidRPr="00B65F30">
        <w:rPr>
          <w:rFonts w:ascii="Times New Roman" w:hAnsi="Times New Roman" w:cs="Times New Roman"/>
          <w:sz w:val="24"/>
          <w:szCs w:val="24"/>
        </w:rPr>
        <w:t>change?</w:t>
      </w:r>
    </w:p>
    <w:p w14:paraId="5F42D567"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keep people energized in the</w:t>
      </w:r>
      <w:r w:rsidRPr="00B65F30">
        <w:rPr>
          <w:rFonts w:ascii="Times New Roman" w:hAnsi="Times New Roman" w:cs="Times New Roman"/>
          <w:spacing w:val="5"/>
          <w:sz w:val="24"/>
          <w:szCs w:val="24"/>
        </w:rPr>
        <w:t xml:space="preserve"> </w:t>
      </w:r>
      <w:r w:rsidRPr="00B65F30">
        <w:rPr>
          <w:rFonts w:ascii="Times New Roman" w:hAnsi="Times New Roman" w:cs="Times New Roman"/>
          <w:sz w:val="24"/>
          <w:szCs w:val="24"/>
        </w:rPr>
        <w:t>movement?</w:t>
      </w:r>
    </w:p>
    <w:p w14:paraId="2201C934"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What are all the actors that need to be involved to successfully change the status</w:t>
      </w:r>
      <w:r w:rsidRPr="00B65F30">
        <w:rPr>
          <w:rFonts w:ascii="Times New Roman" w:hAnsi="Times New Roman" w:cs="Times New Roman"/>
          <w:spacing w:val="-18"/>
          <w:sz w:val="24"/>
          <w:szCs w:val="24"/>
        </w:rPr>
        <w:t xml:space="preserve"> </w:t>
      </w:r>
      <w:r w:rsidRPr="00B65F30">
        <w:rPr>
          <w:rFonts w:ascii="Times New Roman" w:hAnsi="Times New Roman" w:cs="Times New Roman"/>
          <w:sz w:val="24"/>
          <w:szCs w:val="24"/>
        </w:rPr>
        <w:t>quo?</w:t>
      </w:r>
    </w:p>
    <w:p w14:paraId="3990A23D" w14:textId="77777777" w:rsidR="00B65F30" w:rsidRPr="00B65F30" w:rsidRDefault="00B65F30" w:rsidP="00B65F30">
      <w:pPr>
        <w:pStyle w:val="NoSpacing"/>
        <w:numPr>
          <w:ilvl w:val="0"/>
          <w:numId w:val="15"/>
        </w:numPr>
        <w:rPr>
          <w:rFonts w:ascii="Times New Roman" w:hAnsi="Times New Roman" w:cs="Times New Roman"/>
          <w:sz w:val="24"/>
          <w:szCs w:val="24"/>
        </w:rPr>
      </w:pPr>
      <w:r w:rsidRPr="00B65F30">
        <w:rPr>
          <w:rFonts w:ascii="Times New Roman" w:hAnsi="Times New Roman" w:cs="Times New Roman"/>
          <w:sz w:val="24"/>
          <w:szCs w:val="24"/>
        </w:rPr>
        <w:t>How will you communicate progress to movement</w:t>
      </w:r>
      <w:r w:rsidRPr="00B65F30">
        <w:rPr>
          <w:rFonts w:ascii="Times New Roman" w:hAnsi="Times New Roman" w:cs="Times New Roman"/>
          <w:spacing w:val="-3"/>
          <w:sz w:val="24"/>
          <w:szCs w:val="24"/>
        </w:rPr>
        <w:t xml:space="preserve"> </w:t>
      </w:r>
      <w:r w:rsidRPr="00B65F30">
        <w:rPr>
          <w:rFonts w:ascii="Times New Roman" w:hAnsi="Times New Roman" w:cs="Times New Roman"/>
          <w:sz w:val="24"/>
          <w:szCs w:val="24"/>
        </w:rPr>
        <w:t>supporters?</w:t>
      </w:r>
    </w:p>
    <w:p w14:paraId="7CACC989" w14:textId="77777777" w:rsidR="00B65F30" w:rsidRPr="00B65F30" w:rsidRDefault="00B65F30" w:rsidP="00B65F30">
      <w:pPr>
        <w:pStyle w:val="NoSpacing"/>
        <w:rPr>
          <w:rFonts w:ascii="Times New Roman" w:hAnsi="Times New Roman" w:cs="Times New Roman"/>
          <w:sz w:val="24"/>
          <w:szCs w:val="24"/>
        </w:rPr>
      </w:pPr>
    </w:p>
    <w:p w14:paraId="0BBC82A3" w14:textId="77777777" w:rsidR="00B65F30" w:rsidRPr="00B65F30" w:rsidRDefault="00B65F30" w:rsidP="00B65F30">
      <w:pPr>
        <w:pStyle w:val="NoSpacing"/>
        <w:rPr>
          <w:rFonts w:ascii="Times New Roman" w:hAnsi="Times New Roman" w:cs="Times New Roman"/>
          <w:sz w:val="24"/>
          <w:szCs w:val="24"/>
        </w:rPr>
      </w:pPr>
    </w:p>
    <w:p w14:paraId="59EC500D"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#3 (1</w:t>
      </w:r>
      <w:r>
        <w:rPr>
          <w:rFonts w:ascii="Times New Roman" w:hAnsi="Times New Roman" w:cs="Times New Roman"/>
          <w:sz w:val="24"/>
          <w:szCs w:val="24"/>
        </w:rPr>
        <w:t>0</w:t>
      </w:r>
      <w:r w:rsidRPr="00B65F30">
        <w:rPr>
          <w:rFonts w:ascii="Times New Roman" w:hAnsi="Times New Roman" w:cs="Times New Roman"/>
          <w:sz w:val="24"/>
          <w:szCs w:val="24"/>
        </w:rPr>
        <w:t xml:space="preserve"> minutes):</w:t>
      </w:r>
    </w:p>
    <w:p w14:paraId="59C7DC56"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 xml:space="preserve">Get together as a group and discuss your plans and come up with a brief </w:t>
      </w:r>
      <w:proofErr w:type="gramStart"/>
      <w:r w:rsidRPr="00B65F30">
        <w:rPr>
          <w:rFonts w:ascii="Times New Roman" w:hAnsi="Times New Roman" w:cs="Times New Roman"/>
          <w:sz w:val="24"/>
          <w:szCs w:val="24"/>
        </w:rPr>
        <w:t>7-10 minute</w:t>
      </w:r>
      <w:proofErr w:type="gramEnd"/>
      <w:r w:rsidRPr="00B65F30">
        <w:rPr>
          <w:rFonts w:ascii="Times New Roman" w:hAnsi="Times New Roman" w:cs="Times New Roman"/>
          <w:sz w:val="24"/>
          <w:szCs w:val="24"/>
        </w:rPr>
        <w:t xml:space="preserve"> presentation.</w:t>
      </w:r>
    </w:p>
    <w:p w14:paraId="635CB25F" w14:textId="77777777" w:rsidR="00B65F30" w:rsidRPr="00B65F30" w:rsidRDefault="00B65F30" w:rsidP="00B65F30">
      <w:pPr>
        <w:pStyle w:val="NoSpacing"/>
        <w:rPr>
          <w:rFonts w:ascii="Times New Roman" w:hAnsi="Times New Roman" w:cs="Times New Roman"/>
          <w:sz w:val="24"/>
          <w:szCs w:val="24"/>
        </w:rPr>
      </w:pPr>
    </w:p>
    <w:p w14:paraId="7633CC43"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Task #4 (10 minutes):</w:t>
      </w:r>
    </w:p>
    <w:p w14:paraId="3C3019CE" w14:textId="77777777" w:rsidR="00B65F30" w:rsidRPr="00B65F30" w:rsidRDefault="00B65F30" w:rsidP="00B65F30">
      <w:pPr>
        <w:pStyle w:val="NoSpacing"/>
        <w:rPr>
          <w:rFonts w:ascii="Times New Roman" w:hAnsi="Times New Roman" w:cs="Times New Roman"/>
          <w:sz w:val="24"/>
          <w:szCs w:val="24"/>
        </w:rPr>
      </w:pPr>
      <w:r w:rsidRPr="00B65F30">
        <w:rPr>
          <w:rFonts w:ascii="Times New Roman" w:hAnsi="Times New Roman" w:cs="Times New Roman"/>
          <w:sz w:val="24"/>
          <w:szCs w:val="24"/>
        </w:rPr>
        <w:t>You have 7-10 minutes to present your full movement plan across the three different roles.</w:t>
      </w:r>
    </w:p>
    <w:p w14:paraId="7EE5AE68" w14:textId="77777777" w:rsidR="00705504" w:rsidRPr="00B65F30" w:rsidRDefault="00705504" w:rsidP="00B65F30">
      <w:pPr>
        <w:pStyle w:val="NoSpacing"/>
        <w:rPr>
          <w:rFonts w:ascii="Times New Roman" w:hAnsi="Times New Roman" w:cs="Times New Roman"/>
          <w:sz w:val="24"/>
          <w:szCs w:val="24"/>
        </w:rPr>
      </w:pPr>
    </w:p>
    <w:sectPr w:rsidR="00705504" w:rsidRPr="00B65F30" w:rsidSect="00B65F30">
      <w:pgSz w:w="12240" w:h="15840"/>
      <w:pgMar w:top="66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262E53"/>
    <w:multiLevelType w:val="hybridMultilevel"/>
    <w:tmpl w:val="DCC4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B62ADE"/>
    <w:multiLevelType w:val="hybridMultilevel"/>
    <w:tmpl w:val="A2D67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512778"/>
    <w:multiLevelType w:val="hybridMultilevel"/>
    <w:tmpl w:val="B94A0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97138C"/>
    <w:multiLevelType w:val="hybridMultilevel"/>
    <w:tmpl w:val="3C388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4B2CC8"/>
    <w:multiLevelType w:val="hybridMultilevel"/>
    <w:tmpl w:val="79449584"/>
    <w:lvl w:ilvl="0" w:tplc="5056858A">
      <w:numFmt w:val="bullet"/>
      <w:lvlText w:val="•"/>
      <w:lvlJc w:val="left"/>
      <w:pPr>
        <w:ind w:left="234" w:hanging="181"/>
      </w:pPr>
      <w:rPr>
        <w:rFonts w:ascii="Arial" w:eastAsia="Arial" w:hAnsi="Arial" w:cs="Arial" w:hint="default"/>
        <w:w w:val="99"/>
        <w:sz w:val="20"/>
        <w:szCs w:val="20"/>
      </w:rPr>
    </w:lvl>
    <w:lvl w:ilvl="1" w:tplc="6BBA57BA">
      <w:numFmt w:val="bullet"/>
      <w:lvlText w:val="•"/>
      <w:lvlJc w:val="left"/>
      <w:pPr>
        <w:ind w:left="1304" w:hanging="181"/>
      </w:pPr>
      <w:rPr>
        <w:rFonts w:hint="default"/>
      </w:rPr>
    </w:lvl>
    <w:lvl w:ilvl="2" w:tplc="028AEB10">
      <w:numFmt w:val="bullet"/>
      <w:lvlText w:val="•"/>
      <w:lvlJc w:val="left"/>
      <w:pPr>
        <w:ind w:left="2368" w:hanging="181"/>
      </w:pPr>
      <w:rPr>
        <w:rFonts w:hint="default"/>
      </w:rPr>
    </w:lvl>
    <w:lvl w:ilvl="3" w:tplc="6896A54C">
      <w:numFmt w:val="bullet"/>
      <w:lvlText w:val="•"/>
      <w:lvlJc w:val="left"/>
      <w:pPr>
        <w:ind w:left="3432" w:hanging="181"/>
      </w:pPr>
      <w:rPr>
        <w:rFonts w:hint="default"/>
      </w:rPr>
    </w:lvl>
    <w:lvl w:ilvl="4" w:tplc="E160A412">
      <w:numFmt w:val="bullet"/>
      <w:lvlText w:val="•"/>
      <w:lvlJc w:val="left"/>
      <w:pPr>
        <w:ind w:left="4496" w:hanging="181"/>
      </w:pPr>
      <w:rPr>
        <w:rFonts w:hint="default"/>
      </w:rPr>
    </w:lvl>
    <w:lvl w:ilvl="5" w:tplc="F0DCBA0A">
      <w:numFmt w:val="bullet"/>
      <w:lvlText w:val="•"/>
      <w:lvlJc w:val="left"/>
      <w:pPr>
        <w:ind w:left="5560" w:hanging="181"/>
      </w:pPr>
      <w:rPr>
        <w:rFonts w:hint="default"/>
      </w:rPr>
    </w:lvl>
    <w:lvl w:ilvl="6" w:tplc="B21A04A0">
      <w:numFmt w:val="bullet"/>
      <w:lvlText w:val="•"/>
      <w:lvlJc w:val="left"/>
      <w:pPr>
        <w:ind w:left="6624" w:hanging="181"/>
      </w:pPr>
      <w:rPr>
        <w:rFonts w:hint="default"/>
      </w:rPr>
    </w:lvl>
    <w:lvl w:ilvl="7" w:tplc="B8C04DD2">
      <w:numFmt w:val="bullet"/>
      <w:lvlText w:val="•"/>
      <w:lvlJc w:val="left"/>
      <w:pPr>
        <w:ind w:left="7688" w:hanging="181"/>
      </w:pPr>
      <w:rPr>
        <w:rFonts w:hint="default"/>
      </w:rPr>
    </w:lvl>
    <w:lvl w:ilvl="8" w:tplc="EEAE446C">
      <w:numFmt w:val="bullet"/>
      <w:lvlText w:val="•"/>
      <w:lvlJc w:val="left"/>
      <w:pPr>
        <w:ind w:left="8752" w:hanging="181"/>
      </w:pPr>
      <w:rPr>
        <w:rFonts w:hint="default"/>
      </w:rPr>
    </w:lvl>
  </w:abstractNum>
  <w:abstractNum w:abstractNumId="14" w15:restartNumberingAfterBreak="0">
    <w:nsid w:val="7B720DCA"/>
    <w:multiLevelType w:val="hybridMultilevel"/>
    <w:tmpl w:val="63EE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056160">
    <w:abstractNumId w:val="8"/>
  </w:num>
  <w:num w:numId="2" w16cid:durableId="1211727203">
    <w:abstractNumId w:val="6"/>
  </w:num>
  <w:num w:numId="3" w16cid:durableId="1329822165">
    <w:abstractNumId w:val="5"/>
  </w:num>
  <w:num w:numId="4" w16cid:durableId="939872822">
    <w:abstractNumId w:val="4"/>
  </w:num>
  <w:num w:numId="5" w16cid:durableId="828984131">
    <w:abstractNumId w:val="7"/>
  </w:num>
  <w:num w:numId="6" w16cid:durableId="141195755">
    <w:abstractNumId w:val="3"/>
  </w:num>
  <w:num w:numId="7" w16cid:durableId="739599935">
    <w:abstractNumId w:val="2"/>
  </w:num>
  <w:num w:numId="8" w16cid:durableId="332417271">
    <w:abstractNumId w:val="1"/>
  </w:num>
  <w:num w:numId="9" w16cid:durableId="2068138056">
    <w:abstractNumId w:val="0"/>
  </w:num>
  <w:num w:numId="10" w16cid:durableId="1620600605">
    <w:abstractNumId w:val="9"/>
  </w:num>
  <w:num w:numId="11" w16cid:durableId="1194151193">
    <w:abstractNumId w:val="13"/>
  </w:num>
  <w:num w:numId="12" w16cid:durableId="1017539326">
    <w:abstractNumId w:val="12"/>
  </w:num>
  <w:num w:numId="13" w16cid:durableId="1166482975">
    <w:abstractNumId w:val="11"/>
  </w:num>
  <w:num w:numId="14" w16cid:durableId="414397183">
    <w:abstractNumId w:val="10"/>
  </w:num>
  <w:num w:numId="15" w16cid:durableId="1277982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49D5"/>
    <w:rsid w:val="00705504"/>
    <w:rsid w:val="00AA1D8D"/>
    <w:rsid w:val="00B47730"/>
    <w:rsid w:val="00B65F30"/>
    <w:rsid w:val="00CB0664"/>
    <w:rsid w:val="00FC693F"/>
    <w:rsid w:val="00FE6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61DE5"/>
  <w14:defaultImageDpi w14:val="300"/>
  <w15:docId w15:val="{6CDFFEE4-9DD0-9244-AECB-FEEBD9D9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05504"/>
    <w:rPr>
      <w:color w:val="0000FF" w:themeColor="hyperlink"/>
      <w:u w:val="single"/>
    </w:rPr>
  </w:style>
  <w:style w:type="character" w:styleId="UnresolvedMention">
    <w:name w:val="Unresolved Mention"/>
    <w:basedOn w:val="DefaultParagraphFont"/>
    <w:uiPriority w:val="99"/>
    <w:semiHidden/>
    <w:unhideWhenUsed/>
    <w:rsid w:val="00705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eweek.com/articles/481160/occupy-wall-street-protest-timeli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2312</Words>
  <Characters>11495</Characters>
  <Application>Microsoft Office Word</Application>
  <DocSecurity>0</DocSecurity>
  <Lines>229</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Margaret T Perez Brower</cp:lastModifiedBy>
  <cp:revision>2</cp:revision>
  <dcterms:created xsi:type="dcterms:W3CDTF">2026-02-23T17:11:00Z</dcterms:created>
  <dcterms:modified xsi:type="dcterms:W3CDTF">2026-02-23T17:11:00Z</dcterms:modified>
  <cp:category/>
</cp:coreProperties>
</file>